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DE COBRANÇA</w:t>
      </w:r>
    </w:p>
    <w:p/>
    <w:p>
      <w:r>
        <w:rPr>
          <w:b w:val="0"/>
          <w:sz w:val="20"/>
        </w:rPr>
        <w:t>EXCELENTÍSSIMO(A) SENHOR(A) DOUTOR(A) JUIZ(A) DE DIREITO DO JUIZADO ESPECIAL CÍVEL DA COMARCA DE ________________________</w:t>
      </w:r>
    </w:p>
    <w:p/>
    <w:p>
      <w:r>
        <w:rPr>
          <w:b w:val="0"/>
          <w:sz w:val="20"/>
        </w:rPr>
        <w:t>NOME COMPLETO DO AUTOR, nacionalidade, estado civil, profissão, portador do RG nº ___________________ e CPF nº ____________________, residente e domiciliado à ________________________________________________, nº ____, bairro ________________, CEP ________________, cidade ________________, Estado ____________,</w:t>
      </w:r>
    </w:p>
    <w:p>
      <w:r>
        <w:rPr>
          <w:b w:val="0"/>
          <w:sz w:val="20"/>
        </w:rPr>
        <w:t>por seu advogado infra-assinado (ou em causa própria, se for o caso), vem respeitosamente à presença de Vossa Excelência propor a presente</w:t>
      </w:r>
    </w:p>
    <w:p/>
    <w:p>
      <w:pPr>
        <w:jc w:val="center"/>
      </w:pPr>
      <w:r>
        <w:rPr>
          <w:b/>
          <w:sz w:val="20"/>
        </w:rPr>
        <w:t>AÇÃO DE COBRANÇA</w:t>
      </w:r>
    </w:p>
    <w:p/>
    <w:p>
      <w:r>
        <w:rPr>
          <w:b w:val="0"/>
          <w:sz w:val="20"/>
        </w:rPr>
        <w:t>em face de NOME COMPLETO DO RÉU, nacionalidade, estado civil, profissão, portador do RG nº ___________________ e CPF nº ____________________, residente e domiciliado à ________________________________________________, nº ____, bairro ________________, CEP ________________, cidade ________________, Estado ____________,</w:t>
      </w:r>
    </w:p>
    <w:p>
      <w:r>
        <w:rPr>
          <w:b w:val="0"/>
          <w:sz w:val="20"/>
        </w:rPr>
        <w:t>pelos motivos de fato e de direito que passa a expor.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Autor celebrou com o Réu contrato de _______________________________ em ___/___/______, pelo qual o Réu se comprometeu a pagar a quantia de R$ ______________________.</w:t>
      </w:r>
    </w:p>
    <w:p>
      <w:r>
        <w:rPr>
          <w:b w:val="0"/>
          <w:sz w:val="20"/>
        </w:rPr>
        <w:t>Ocorre que, apesar das diversas tentativas de cobrança amigável, o Réu não efetuou o pagamento do valor devido, que até a presente data está em aberto.</w:t>
      </w:r>
    </w:p>
    <w:p>
      <w:r>
        <w:rPr>
          <w:b w:val="0"/>
          <w:sz w:val="20"/>
        </w:rPr>
        <w:t>O débito atualizado é de R$ ______________________ (valor principal), conforme demonstrativo anexado aos autos, sem prejuízo de eventuais acréscimos legais.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A presente demanda fundamenta-se no direito do Autor de receber quantia certa, nos termos do artigo 784, III, do Código de Processo Civil, que prevê a possibilidade de cobrança judicial de títulos executivos extrajudiciais, dentre os quais incluem-se contratos escritos.</w:t>
      </w:r>
    </w:p>
    <w:p>
      <w:r>
        <w:rPr>
          <w:b w:val="0"/>
          <w:sz w:val="20"/>
        </w:rPr>
        <w:t>Além disso, a mora do Réu é incontroversa, ensejando a incidência de juros moratórios, correção monetária e demais encargos legais, conforme artigo 406 do Código Civil e Súmula 54 do STJ.</w:t>
      </w:r>
    </w:p>
    <w:p/>
    <w:p>
      <w:r>
        <w:rPr>
          <w:b/>
          <w:sz w:val="22"/>
        </w:rPr>
        <w:t>III – DO VALOR DA CAUSA</w:t>
      </w:r>
    </w:p>
    <w:p/>
    <w:p>
      <w:r>
        <w:rPr>
          <w:b w:val="0"/>
          <w:sz w:val="20"/>
        </w:rPr>
        <w:t>Dá-se à causa o valor de R$ _______________________ (valor do débito atualizado) para efeitos fiscais e de alçada.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requer:</w:t>
      </w:r>
    </w:p>
    <w:p/>
    <w:p>
      <w:r>
        <w:rPr>
          <w:b/>
          <w:sz w:val="20"/>
        </w:rPr>
        <w:t>1. A citação do Réu, no endereço indicado, para que compareça em audiência de conciliação, instrução e julgamento;</w:t>
      </w:r>
    </w:p>
    <w:p>
      <w:r>
        <w:rPr>
          <w:b/>
          <w:sz w:val="20"/>
        </w:rPr>
        <w:t>2. A condenação do Réu ao pagamento da quantia de R$ ____________________, acrescida de juros legais desde a data do vencimento, correção monetária e honorários advocatícios na base de 10%;</w:t>
      </w:r>
    </w:p>
    <w:p>
      <w:r>
        <w:rPr>
          <w:b/>
          <w:sz w:val="20"/>
        </w:rPr>
        <w:t>3. A condenação do Réu ao pagamento das custas processuais;</w:t>
      </w:r>
    </w:p>
    <w:p>
      <w:r>
        <w:rPr>
          <w:b w:val="0"/>
          <w:sz w:val="20"/>
        </w:rPr>
        <w:t>4. Caso não haja acordo, que seja o Réu condenado ao pagamento da quantia reclamada, conforme demonstrativo que será apresentado nos autos.</w:t>
      </w:r>
    </w:p>
    <w:p/>
    <w:p>
      <w:r>
        <w:rPr>
          <w:b w:val="0"/>
          <w:sz w:val="20"/>
        </w:rPr>
        <w:t>Protesta provar o alegado por todos os meios de prova em direito admitidos, especialmente documental, testemunhal e pericial, se necessário.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____________________________</w:t>
      </w:r>
    </w:p>
    <w:p>
      <w:r>
        <w:rPr>
          <w:b w:val="0"/>
          <w:sz w:val="20"/>
        </w:rPr>
        <w:t>Local                                        Data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Advogado (a) / OAB nº 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https://adv-modelos.com/acao-de-cobranca-juizado-especial/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acao-de-cobranca-juizado-especial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