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0"/>
        </w:rPr>
        <w:t>EXCELENTÍSSIMO(A) SENHOR(A) DOUTOR(A) JUIZ(A) DE DIREITO DA ___ VARA CÍVEL DA COMARCA DE ____________________</w:t>
      </w:r>
    </w:p>
    <w:p/>
    <w:p/>
    <w:p>
      <w:r>
        <w:rPr>
          <w:b/>
          <w:i w:val="0"/>
          <w:sz w:val="20"/>
        </w:rPr>
        <w:t>AUTOR: ________________________________________________________________</w:t>
      </w:r>
    </w:p>
    <w:p>
      <w:r>
        <w:rPr>
          <w:b w:val="0"/>
          <w:i w:val="0"/>
          <w:sz w:val="20"/>
        </w:rPr>
        <w:t>Nacionalidade: _________________________________________________________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_____________________________________________________________</w:t>
      </w:r>
    </w:p>
    <w:p>
      <w:r>
        <w:rPr>
          <w:b w:val="0"/>
          <w:i w:val="0"/>
          <w:sz w:val="20"/>
        </w:rPr>
        <w:t>CPF/CNPJ: ______________________________________________________________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</w:t>
      </w:r>
    </w:p>
    <w:p/>
    <w:p>
      <w:r>
        <w:rPr>
          <w:b/>
          <w:i w:val="0"/>
          <w:sz w:val="20"/>
        </w:rPr>
        <w:t>RÉU: _________________________________________________________________</w:t>
      </w:r>
    </w:p>
    <w:p>
      <w:r>
        <w:rPr>
          <w:b w:val="0"/>
          <w:i w:val="0"/>
          <w:sz w:val="20"/>
        </w:rPr>
        <w:t>Nacionalidade: _________________________________________________________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_____________________________________________________________</w:t>
      </w:r>
    </w:p>
    <w:p>
      <w:r>
        <w:rPr>
          <w:b w:val="0"/>
          <w:i w:val="0"/>
          <w:sz w:val="20"/>
        </w:rPr>
        <w:t>CPF/CNPJ: ______________________________________________________________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</w:t>
      </w:r>
    </w:p>
    <w:p/>
    <w:p/>
    <w:p>
      <w:pPr>
        <w:jc w:val="center"/>
      </w:pPr>
      <w:r>
        <w:rPr>
          <w:b/>
          <w:sz w:val="24"/>
        </w:rPr>
        <w:t>AÇÃO MONITÓRIA</w:t>
      </w:r>
    </w:p>
    <w:p/>
    <w:p/>
    <w:p>
      <w:r>
        <w:rPr>
          <w:b w:val="0"/>
          <w:i w:val="0"/>
          <w:sz w:val="20"/>
        </w:rPr>
        <w:t>O AUTOR, por seu advogado que esta subscreve, com endereço profissional indicado no rodapé, vem respeitosamente à presença de Vossa Excelência propor a presente</w:t>
      </w:r>
    </w:p>
    <w:p>
      <w:pPr>
        <w:jc w:val="center"/>
      </w:pPr>
      <w:r>
        <w:rPr>
          <w:b/>
          <w:i w:val="0"/>
          <w:sz w:val="20"/>
        </w:rPr>
        <w:t>AÇÃO MONITÓRIA</w:t>
      </w:r>
    </w:p>
    <w:p>
      <w:r>
        <w:rPr>
          <w:b w:val="0"/>
          <w:i w:val="0"/>
          <w:sz w:val="20"/>
        </w:rPr>
        <w:t>com fundamento no artigo 700 e seguintes do Código de Processo Civil, em face de:</w:t>
      </w:r>
    </w:p>
    <w:p>
      <w:r>
        <w:rPr>
          <w:b w:val="0"/>
          <w:i w:val="0"/>
          <w:sz w:val="20"/>
        </w:rPr>
        <w:t>RÉU, pessoa jurídica/física, qualificado acima, pelos fatos e fundamentos jurídicos que passa a expor:</w:t>
      </w:r>
    </w:p>
    <w:p/>
    <w:p/>
    <w:p>
      <w:r>
        <w:rPr>
          <w:b/>
          <w:sz w:val="22"/>
        </w:rPr>
        <w:t>I – DOS FATOS</w:t>
      </w:r>
    </w:p>
    <w:p>
      <w:r>
        <w:rPr>
          <w:b w:val="0"/>
          <w:i w:val="0"/>
          <w:sz w:val="20"/>
        </w:rPr>
        <w:t>O Autor é credor do Réu na quantia líquida, certa e exigível de R$ ______________________ (__________________________), referente a ________________________________________________________________, conforme documentos anexos que comprovam o débito.</w:t>
      </w:r>
    </w:p>
    <w:p>
      <w:r>
        <w:rPr>
          <w:b w:val="0"/>
          <w:i w:val="0"/>
          <w:sz w:val="20"/>
        </w:rPr>
        <w:t>O débito é representado por título executivo extrajudicial na forma do artigo 784, inciso III do Código de Processo Civil, especificamente:</w:t>
      </w:r>
    </w:p>
    <w:p>
      <w:r>
        <w:rPr>
          <w:b w:val="0"/>
          <w:i w:val="0"/>
          <w:sz w:val="20"/>
        </w:rPr>
        <w:t xml:space="preserve">  ( ) contrato particular com cláusula de confissão de dívida;</w:t>
      </w:r>
    </w:p>
    <w:p>
      <w:r>
        <w:rPr>
          <w:b w:val="0"/>
          <w:i w:val="0"/>
          <w:sz w:val="20"/>
        </w:rPr>
        <w:t xml:space="preserve">  ( ) duplicata mercantil;</w:t>
      </w:r>
    </w:p>
    <w:p>
      <w:r>
        <w:rPr>
          <w:b w:val="0"/>
          <w:i w:val="0"/>
          <w:sz w:val="20"/>
        </w:rPr>
        <w:t xml:space="preserve">  ( ) nota promissória;</w:t>
      </w:r>
    </w:p>
    <w:p>
      <w:r>
        <w:rPr>
          <w:b w:val="0"/>
          <w:i w:val="0"/>
          <w:sz w:val="20"/>
        </w:rPr>
        <w:t xml:space="preserve">  ( ) cheque;</w:t>
      </w:r>
    </w:p>
    <w:p>
      <w:r>
        <w:rPr>
          <w:b w:val="0"/>
          <w:i w:val="0"/>
          <w:sz w:val="20"/>
        </w:rPr>
        <w:t xml:space="preserve">  ( ) outros documentos que comprovam a dívida: 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>
      <w:r>
        <w:rPr>
          <w:b w:val="0"/>
          <w:i w:val="0"/>
          <w:sz w:val="20"/>
        </w:rPr>
        <w:t>Nos termos do artigo 700 do Código de Processo Civil, a ação monitória é cabível para a cobrança de quantia em dinheiro, entrega de coisa fungível ou infungível, ou entrega de documento, quando o credor possuir prova escrita sem eficácia de título executivo.</w:t>
      </w:r>
    </w:p>
    <w:p>
      <w:r>
        <w:rPr>
          <w:b w:val="0"/>
          <w:i w:val="0"/>
          <w:sz w:val="20"/>
        </w:rPr>
        <w:t>O presente pedido encontra-se amparado por documentos que demonstram a existência do crédito, mas que não constituem título executivo extrajudicial, razão pela qual se impõe a propositura da ação monitória.</w:t>
      </w:r>
    </w:p>
    <w:p/>
    <w:p>
      <w:r>
        <w:rPr>
          <w:b/>
          <w:sz w:val="22"/>
        </w:rPr>
        <w:t>III – DOS PEDIDOS</w:t>
      </w:r>
    </w:p>
    <w:p>
      <w:r>
        <w:rPr>
          <w:b w:val="0"/>
          <w:i w:val="0"/>
          <w:sz w:val="20"/>
        </w:rPr>
        <w:t>Diante do exposto, requer:</w:t>
      </w:r>
    </w:p>
    <w:p>
      <w:r>
        <w:rPr>
          <w:b w:val="0"/>
          <w:i w:val="0"/>
          <w:sz w:val="20"/>
        </w:rPr>
        <w:t>1. A concessão da tutela provisória de urgência para que o Réu seja citado para pagar a quantia reclamada no prazo de 15 dias, sob pena de constituição de título executivo judicial, conforme artigo 701 do CPC;</w:t>
      </w:r>
    </w:p>
    <w:p>
      <w:r>
        <w:rPr>
          <w:b w:val="0"/>
          <w:i w:val="0"/>
          <w:sz w:val="20"/>
        </w:rPr>
        <w:t>2. Caso não ocorra o pagamento no prazo legal, que seja convertida a presente ação em execução, prosseguindo-se no cumprimento da sentença;</w:t>
      </w:r>
    </w:p>
    <w:p>
      <w:r>
        <w:rPr>
          <w:b w:val="0"/>
          <w:i w:val="0"/>
          <w:sz w:val="20"/>
        </w:rPr>
        <w:t>3. A condenação do Réu ao pagamento das custas processuais e honorários advocatícios, estes sugeridos no percentual de 10% (dez por cento) sobre o valor da causa;</w:t>
      </w:r>
    </w:p>
    <w:p>
      <w:r>
        <w:rPr>
          <w:b w:val="0"/>
          <w:i w:val="0"/>
          <w:sz w:val="20"/>
        </w:rPr>
        <w:t>4. A produção de todas as provas em direito admitidas, especialmente documental, testemunhal e pericial, se necessário for.</w:t>
      </w:r>
    </w:p>
    <w:p/>
    <w:p>
      <w:r>
        <w:rPr>
          <w:b/>
          <w:sz w:val="22"/>
        </w:rPr>
        <w:t>IV – DO VALOR DA CAUSA</w:t>
      </w:r>
    </w:p>
    <w:p>
      <w:r>
        <w:rPr>
          <w:b w:val="0"/>
          <w:i w:val="0"/>
          <w:sz w:val="20"/>
        </w:rPr>
        <w:t>Dá-se à causa o valor de R$ ______________________________ (___________________________________________________), para efeitos fiscais e de alçada.</w:t>
      </w:r>
    </w:p>
    <w:p/>
    <w:p/>
    <w:p>
      <w:r>
        <w:rPr>
          <w:b w:val="0"/>
          <w:i w:val="0"/>
          <w:sz w:val="20"/>
        </w:rPr>
        <w:t>Nestes termos,</w:t>
      </w:r>
    </w:p>
    <w:p>
      <w:r>
        <w:rPr>
          <w:b w:val="0"/>
          <w:i w:val="0"/>
          <w:sz w:val="20"/>
        </w:rPr>
        <w:t>Pede deferimento.</w:t>
      </w:r>
    </w:p>
    <w:p/>
    <w:p/>
    <w:p/>
    <w:p>
      <w:r>
        <w:rPr>
          <w:b w:val="0"/>
          <w:i w:val="0"/>
          <w:sz w:val="20"/>
        </w:rPr>
        <w:t>__________________________, _____ de ____________________ de _________.</w:t>
      </w:r>
    </w:p>
    <w:p/>
    <w:p/>
    <w:p>
      <w:r>
        <w:rPr>
          <w:b w:val="0"/>
          <w:i w:val="0"/>
          <w:sz w:val="20"/>
        </w:rPr>
        <w:t>____________________________________________</w:t>
      </w:r>
    </w:p>
    <w:p>
      <w:r>
        <w:rPr>
          <w:b w:val="0"/>
          <w:i w:val="0"/>
          <w:sz w:val="20"/>
        </w:rPr>
        <w:t>Advogado(a) – OAB/___ nº _______</w:t>
      </w:r>
    </w:p>
    <w:p>
      <w:r>
        <w:rPr>
          <w:b w:val="0"/>
          <w:i w:val="0"/>
          <w:sz w:val="20"/>
        </w:rPr>
        <w:t>Endereço profissional: ___________________________________________________</w:t>
      </w:r>
    </w:p>
    <w:p>
      <w:r>
        <w:rPr>
          <w:b w:val="0"/>
          <w:i w:val="0"/>
          <w:sz w:val="20"/>
        </w:rPr>
        <w:t>Telefone: ____________________ E-mail: 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https://adv-modelos.com/acao-monitoria/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cao-monitori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