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ATA DE REUNIÃO DE EMPRESA</w:t>
      </w:r>
    </w:p>
    <w:p/>
    <w:p>
      <w:r>
        <w:rPr>
          <w:b/>
          <w:sz w:val="20"/>
        </w:rPr>
        <w:t>Aos ___ dias do mês de ____________________ do ano de ________, às ______ horas, na sede da empresa ________________________________, situada à ____________________________________________________________, realizou-se reunião com a presença dos seguintes participantes: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Nome</w:t>
            </w:r>
          </w:p>
        </w:tc>
        <w:tc>
          <w:tcPr>
            <w:tcW w:type="dxa" w:w="3324"/>
          </w:tcPr>
          <w:p>
            <w:r>
              <w:t>Cargo/Função</w:t>
            </w:r>
          </w:p>
        </w:tc>
        <w:tc>
          <w:tcPr>
            <w:tcW w:type="dxa" w:w="3324"/>
          </w:tcPr>
          <w:p>
            <w:r>
              <w:t>Assinatura</w:t>
            </w:r>
          </w:p>
        </w:tc>
      </w:tr>
      <w:tr>
        <w:tc>
          <w:tcPr>
            <w:tcW w:type="dxa" w:w="3324"/>
          </w:tcPr>
          <w:p>
            <w:r>
              <w:t>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</w:t>
            </w:r>
          </w:p>
        </w:tc>
      </w:tr>
      <w:tr>
        <w:tc>
          <w:tcPr>
            <w:tcW w:type="dxa" w:w="3324"/>
          </w:tcPr>
          <w:p>
            <w:r>
              <w:t>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</w:t>
            </w:r>
          </w:p>
        </w:tc>
      </w:tr>
    </w:tbl>
    <w:p/>
    <w:p/>
    <w:p>
      <w:pPr>
        <w:jc w:val="left"/>
      </w:pPr>
      <w:r>
        <w:rPr>
          <w:b/>
          <w:sz w:val="22"/>
        </w:rPr>
        <w:t>ORDEM DO DIA</w:t>
      </w:r>
    </w:p>
    <w:p>
      <w:r>
        <w:rPr>
          <w:b w:val="0"/>
          <w:sz w:val="20"/>
        </w:rPr>
        <w:t>1. ________________________________________________________________________________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DESENVOLVIMENTO DA REUNIÃO</w:t>
      </w:r>
    </w:p>
    <w:p>
      <w:r>
        <w:rPr>
          <w:b/>
          <w:sz w:val="20"/>
        </w:rPr>
        <w:t>Durante a reunião foram discutidos e deliberados os seguintes pontos: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DELIBERAÇÕES E DECISÕES</w:t>
      </w:r>
    </w:p>
    <w:p>
      <w:r>
        <w:rPr>
          <w:b/>
          <w:sz w:val="20"/>
        </w:rPr>
        <w:t>Ficou decidido que:</w:t>
      </w:r>
    </w:p>
    <w:p>
      <w:r>
        <w:rPr>
          <w:b w:val="0"/>
          <w:sz w:val="20"/>
        </w:rPr>
        <w:t>1. ________________________________________________________________________________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RESPONSABILIDADES E PRAZOS</w:t>
      </w:r>
    </w:p>
    <w:p>
      <w:r>
        <w:rPr>
          <w:b/>
          <w:sz w:val="20"/>
        </w:rPr>
        <w:t>Foram atribuídas as seguintes responsabilidades, com seus respectivos prazos: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Responsável</w:t>
            </w:r>
          </w:p>
        </w:tc>
        <w:tc>
          <w:tcPr>
            <w:tcW w:type="dxa" w:w="3324"/>
          </w:tcPr>
          <w:p>
            <w:r>
              <w:t>Atividade</w:t>
            </w:r>
          </w:p>
        </w:tc>
        <w:tc>
          <w:tcPr>
            <w:tcW w:type="dxa" w:w="3324"/>
          </w:tcPr>
          <w:p>
            <w:r>
              <w:t>Prazo</w:t>
            </w:r>
          </w:p>
        </w:tc>
      </w:tr>
      <w:tr>
        <w:tc>
          <w:tcPr>
            <w:tcW w:type="dxa" w:w="3324"/>
          </w:tcPr>
          <w:p>
            <w:r>
              <w:t>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</w:t>
            </w:r>
          </w:p>
        </w:tc>
        <w:tc>
          <w:tcPr>
            <w:tcW w:type="dxa" w:w="3324"/>
          </w:tcPr>
          <w:p>
            <w:r>
              <w:t>___/___/______</w:t>
            </w:r>
          </w:p>
        </w:tc>
      </w:tr>
      <w:tr>
        <w:tc>
          <w:tcPr>
            <w:tcW w:type="dxa" w:w="3324"/>
          </w:tcPr>
          <w:p>
            <w:r>
              <w:t>__________________________________________</w:t>
            </w:r>
          </w:p>
        </w:tc>
        <w:tc>
          <w:tcPr>
            <w:tcW w:type="dxa" w:w="3324"/>
          </w:tcPr>
          <w:p>
            <w:r>
              <w:t>__________________________________________</w:t>
            </w:r>
          </w:p>
        </w:tc>
        <w:tc>
          <w:tcPr>
            <w:tcW w:type="dxa" w:w="3324"/>
          </w:tcPr>
          <w:p>
            <w:r>
              <w:t>___/___/______</w:t>
            </w:r>
          </w:p>
        </w:tc>
      </w:tr>
    </w:tbl>
    <w:p/>
    <w:p/>
    <w:p>
      <w:pPr>
        <w:jc w:val="left"/>
      </w:pPr>
      <w:r>
        <w:rPr>
          <w:b/>
          <w:sz w:val="22"/>
        </w:rPr>
        <w:t>ENCERRAMENTO</w:t>
      </w:r>
    </w:p>
    <w:p>
      <w:r>
        <w:rPr>
          <w:b/>
          <w:sz w:val="20"/>
        </w:rPr>
        <w:t>Nada mais havendo a tratar, eu, ______________________________________________________, lavrei a presente ata que, após lida e aprovada, será assinada pelos presentes.</w:t>
      </w:r>
    </w:p>
    <w:p/>
    <w:p/>
    <w:p/>
    <w:p>
      <w:r>
        <w:rPr>
          <w:b w:val="0"/>
          <w:sz w:val="20"/>
        </w:rPr>
        <w:t>Local: ____________________________________________                        Data: ___/___/______</w:t>
      </w:r>
    </w:p>
    <w:p/>
    <w:p/>
    <w:p/>
    <w:p>
      <w:r>
        <w:rPr>
          <w:b/>
          <w:sz w:val="20"/>
        </w:rPr>
        <w:t>Assinaturas: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Nome</w:t>
            </w:r>
          </w:p>
        </w:tc>
        <w:tc>
          <w:tcPr>
            <w:tcW w:type="dxa" w:w="4986"/>
          </w:tcPr>
          <w:p>
            <w:r>
              <w:t>Assinatura</w:t>
            </w:r>
          </w:p>
        </w:tc>
      </w:tr>
      <w:tr>
        <w:tc>
          <w:tcPr>
            <w:tcW w:type="dxa" w:w="4986"/>
          </w:tcPr>
          <w:p>
            <w:r>
              <w:t>__________________________________________</w:t>
            </w:r>
          </w:p>
        </w:tc>
        <w:tc>
          <w:tcPr>
            <w:tcW w:type="dxa" w:w="4986"/>
          </w:tcPr>
          <w:p>
            <w:r>
              <w:t>__________________________________________</w:t>
            </w:r>
          </w:p>
        </w:tc>
      </w:tr>
      <w:tr>
        <w:tc>
          <w:tcPr>
            <w:tcW w:type="dxa" w:w="4986"/>
          </w:tcPr>
          <w:p>
            <w:r>
              <w:t>__________________________________________</w:t>
            </w:r>
          </w:p>
        </w:tc>
        <w:tc>
          <w:tcPr>
            <w:tcW w:type="dxa" w:w="4986"/>
          </w:tcPr>
          <w:p>
            <w:r>
              <w:t>__________________________________________</w:t>
            </w:r>
          </w:p>
        </w:tc>
      </w:tr>
      <w:tr>
        <w:tc>
          <w:tcPr>
            <w:tcW w:type="dxa" w:w="4986"/>
          </w:tcPr>
          <w:p>
            <w:r>
              <w:t>__________________________________________</w:t>
            </w:r>
          </w:p>
        </w:tc>
        <w:tc>
          <w:tcPr>
            <w:tcW w:type="dxa" w:w="4986"/>
          </w:tcPr>
          <w:p>
            <w:r>
              <w:t>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https://adv-modelos.com/ata-de-reuniao-empresa/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ta-de-reuniao-empres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