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PETIÇÃO INICIAL - AVISO PRÉVIO INDENIZADO</w:t>
      </w:r>
    </w:p>
    <w:p/>
    <w:p/>
    <w:p>
      <w:r>
        <w:rPr>
          <w:b w:val="0"/>
          <w:sz w:val="22"/>
        </w:rPr>
        <w:t>EXCELENTÍSSIMO(A) SENHOR(A) DOUTOR(A) JUIZ(A) DO TRABALHO DA ___ VARA DO TRABALHO DE ________________________</w:t>
      </w:r>
    </w:p>
    <w:p/>
    <w:p>
      <w:r>
        <w:rPr>
          <w:b w:val="0"/>
          <w:sz w:val="22"/>
        </w:rPr>
        <w:t>RECLAMANTE: 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_________________________________________</w:t>
      </w:r>
    </w:p>
    <w:p>
      <w:r>
        <w:rPr>
          <w:b w:val="0"/>
          <w:sz w:val="22"/>
        </w:rPr>
        <w:t>CPF: __________________________________________________________________</w:t>
      </w:r>
    </w:p>
    <w:p>
      <w:r>
        <w:rPr>
          <w:b w:val="0"/>
          <w:sz w:val="22"/>
        </w:rPr>
        <w:t>CTPS Nº: ______________________ SÉRIE: __________ UF: ________</w:t>
      </w:r>
    </w:p>
    <w:p>
      <w:r>
        <w:rPr>
          <w:b w:val="0"/>
          <w:sz w:val="22"/>
        </w:rPr>
        <w:t>PIS/PASEP: ____________________________________________________________</w:t>
      </w:r>
    </w:p>
    <w:p>
      <w:r>
        <w:rPr>
          <w:b w:val="0"/>
          <w:sz w:val="22"/>
        </w:rPr>
        <w:t>DATA DE NASCIMENTO: ___/___/_____</w:t>
      </w:r>
    </w:p>
    <w:p>
      <w:r>
        <w:rPr>
          <w:b w:val="0"/>
          <w:sz w:val="22"/>
        </w:rPr>
        <w:t>ENDEREÇO COMPLETO: ____________________________________________________</w:t>
      </w:r>
    </w:p>
    <w:p>
      <w:r>
        <w:rPr>
          <w:b w:val="0"/>
          <w:sz w:val="22"/>
        </w:rPr>
        <w:t>TELEFONE: 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</w:t>
      </w:r>
    </w:p>
    <w:p/>
    <w:p>
      <w:r>
        <w:rPr>
          <w:b w:val="0"/>
          <w:sz w:val="22"/>
        </w:rPr>
        <w:t>RECLAMADA: ____________________________________________________________</w:t>
      </w:r>
    </w:p>
    <w:p>
      <w:r>
        <w:rPr>
          <w:b w:val="0"/>
          <w:sz w:val="22"/>
        </w:rPr>
        <w:t>CNPJ: _________________________________________________________________</w:t>
      </w:r>
    </w:p>
    <w:p>
      <w:r>
        <w:rPr>
          <w:b w:val="0"/>
          <w:sz w:val="22"/>
        </w:rPr>
        <w:t>INSCRIÇÃO ESTADUAL: ___________________________________________________</w:t>
      </w:r>
    </w:p>
    <w:p>
      <w:r>
        <w:rPr>
          <w:b w:val="0"/>
          <w:sz w:val="22"/>
        </w:rPr>
        <w:t>ENDEREÇO COMPLETO: ____________________________________________________</w:t>
      </w:r>
    </w:p>
    <w:p>
      <w:r>
        <w:rPr>
          <w:b w:val="0"/>
          <w:sz w:val="22"/>
        </w:rPr>
        <w:t>RAMO DE ATIVIDADE: _____________________________________________________</w:t>
      </w:r>
    </w:p>
    <w:p/>
    <w:p>
      <w:r>
        <w:rPr>
          <w:b/>
          <w:sz w:val="24"/>
        </w:rPr>
        <w:t>I – DOS FATOS</w:t>
      </w:r>
    </w:p>
    <w:p/>
    <w:p/>
    <w:p>
      <w:r>
        <w:rPr>
          <w:b w:val="0"/>
          <w:sz w:val="22"/>
        </w:rPr>
        <w:t>O Reclamante foi admitido pela Reclamada em ___/___/______, exercendo a função de _______________________________ com última remuneração mensal de R$ ______________________.</w:t>
      </w:r>
    </w:p>
    <w:p>
      <w:r>
        <w:rPr>
          <w:b w:val="0"/>
          <w:sz w:val="22"/>
        </w:rPr>
        <w:t>Em ___/___/______, foi comunicado verbalmente/escrito sobre a rescisão contratual sem justa causa, com a intenção da Reclamada de dispensar o Reclamante, optando pelo pagamento do aviso prévio indenizado, conforme previsão legal.</w:t>
      </w:r>
    </w:p>
    <w:p>
      <w:r>
        <w:rPr>
          <w:b w:val="0"/>
          <w:sz w:val="22"/>
        </w:rPr>
        <w:t>Até a presente data, não houve o pagamento do aviso prévio indenizado nem das verbas rescisórias devidas, configurando violação aos direitos trabalhistas do Reclamante.</w:t>
      </w:r>
    </w:p>
    <w:p/>
    <w:p>
      <w:r>
        <w:rPr>
          <w:b/>
          <w:sz w:val="24"/>
        </w:rPr>
        <w:t>II – DO DIREITO</w:t>
      </w:r>
    </w:p>
    <w:p/>
    <w:p/>
    <w:p>
      <w:r>
        <w:rPr>
          <w:b w:val="0"/>
          <w:sz w:val="22"/>
        </w:rPr>
        <w:t>O artigo 487 da Consolidação das Leis do Trabalho (CLT) assegura que o empregador, ao rescindir o contrato sem justa causa, deve conceder aviso prévio ao empregado, ou, alternativamente, indenizá-lo pelo período correspondente.</w:t>
      </w:r>
    </w:p>
    <w:p>
      <w:r>
        <w:rPr>
          <w:b w:val="0"/>
          <w:sz w:val="22"/>
        </w:rPr>
        <w:t>Considerando que a Reclamada optou pelo aviso prévio indenizado, tem o Reclamante direito ao recebimento do valor correspondente a esse período, além das demais verbas rescisórias.</w:t>
      </w:r>
    </w:p>
    <w:p>
      <w:r>
        <w:rPr>
          <w:b w:val="0"/>
          <w:sz w:val="22"/>
        </w:rPr>
        <w:t>Conforme o artigo 7º, inciso XXI, da Constituição Federal, o aviso prévio é direito garantido, e a ausência do pagamento configura dano ao trabalhador.</w:t>
      </w:r>
    </w:p>
    <w:p/>
    <w:p>
      <w:r>
        <w:rPr>
          <w:b/>
          <w:sz w:val="24"/>
        </w:rPr>
        <w:t>III – DOS PEDIDOS</w:t>
      </w:r>
    </w:p>
    <w:p/>
    <w:p/>
    <w:p>
      <w:r>
        <w:rPr>
          <w:b/>
          <w:sz w:val="22"/>
        </w:rPr>
        <w:t>Diante do exposto, requer-se:</w:t>
      </w:r>
    </w:p>
    <w:p/>
    <w:p>
      <w:r>
        <w:rPr>
          <w:b w:val="0"/>
          <w:sz w:val="22"/>
        </w:rPr>
        <w:t>1. A citação da Reclamada para responder à presente ação;</w:t>
      </w:r>
    </w:p>
    <w:p>
      <w:r>
        <w:rPr>
          <w:b w:val="0"/>
          <w:sz w:val="22"/>
        </w:rPr>
        <w:t>2. A condenação da Reclamada ao pagamento do aviso prévio indenizado correspondente a ___ dias, acrescido dos reflexos em férias + 1/3, 13º salário proporcional, FGTS + multa de 40%, horas extras habituais e seus reflexos, quando cabíveis;</w:t>
      </w:r>
    </w:p>
    <w:p>
      <w:r>
        <w:rPr>
          <w:b w:val="0"/>
          <w:sz w:val="22"/>
        </w:rPr>
        <w:t>3. A condenação da Reclamada ao pagamento das verbas rescisórias devidas, caso ainda não quitadas;</w:t>
      </w:r>
    </w:p>
    <w:p>
      <w:r>
        <w:rPr>
          <w:b w:val="0"/>
          <w:sz w:val="22"/>
        </w:rPr>
        <w:t>4. A condenação da Reclamada ao pagamento de honorários advocatícios e custas processuais;</w:t>
      </w:r>
    </w:p>
    <w:p>
      <w:r>
        <w:rPr>
          <w:b w:val="0"/>
          <w:sz w:val="22"/>
        </w:rPr>
        <w:t>5. A concessão dos benefícios da justiça gratuita, caso o Reclamante não possua condições de arcar com as custas;</w:t>
      </w:r>
    </w:p>
    <w:p>
      <w:r>
        <w:rPr>
          <w:b w:val="0"/>
          <w:sz w:val="22"/>
        </w:rPr>
        <w:t>6. A produção de todos os meios de prova admitidos em direito, em especial documental, testemunhal e pericial, se necessário.</w:t>
      </w:r>
    </w:p>
    <w:p/>
    <w:p>
      <w:r>
        <w:rPr>
          <w:b/>
          <w:sz w:val="24"/>
        </w:rPr>
        <w:t>IV – DO VALOR DA CAUSA</w:t>
      </w:r>
    </w:p>
    <w:p/>
    <w:p/>
    <w:p>
      <w:r>
        <w:rPr>
          <w:b w:val="0"/>
          <w:sz w:val="22"/>
        </w:rPr>
        <w:t>Dá-se à causa o valor de R$ ________________________________ para fins fiscais e de alçada.</w:t>
      </w:r>
    </w:p>
    <w:p/>
    <w:p>
      <w:r>
        <w:rPr>
          <w:b w:val="0"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>
      <w:r>
        <w:rPr>
          <w:b w:val="0"/>
          <w:sz w:val="22"/>
        </w:rPr>
        <w:t>_________________________, _____ de ____________________ de _________</w:t>
      </w:r>
    </w:p>
    <w:p>
      <w:r>
        <w:rPr>
          <w:b w:val="0"/>
          <w:sz w:val="22"/>
        </w:rPr>
        <w:t>Local                                      Data</w:t>
      </w:r>
    </w:p>
    <w:p/>
    <w:p>
      <w:r>
        <w:rPr>
          <w:b w:val="0"/>
          <w:sz w:val="22"/>
        </w:rPr>
        <w:t>____________________________________________</w:t>
      </w:r>
    </w:p>
    <w:p>
      <w:r>
        <w:rPr>
          <w:b w:val="0"/>
          <w:sz w:val="22"/>
        </w:rPr>
        <w:t>Advogado(a)</w:t>
      </w:r>
    </w:p>
    <w:p>
      <w:r>
        <w:rPr>
          <w:b w:val="0"/>
          <w:sz w:val="22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https://adv-modelos.com/aviso-previo-indenizado/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aviso-previo-indenizado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