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CANCELAMENTO DE CONTRATO</w:t>
      </w:r>
    </w:p>
    <w:p/>
    <w:p/>
    <w:p>
      <w:r>
        <w:rPr>
          <w:b/>
          <w:i w:val="0"/>
          <w:sz w:val="22"/>
        </w:rPr>
        <w:t>REMETENTE:</w:t>
      </w:r>
    </w:p>
    <w:p>
      <w:r>
        <w:rPr>
          <w:b w:val="0"/>
          <w:i w:val="0"/>
          <w:sz w:val="22"/>
        </w:rPr>
        <w:t>Nome/Razão Social: 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</w:t>
      </w:r>
    </w:p>
    <w:p>
      <w:r>
        <w:rPr>
          <w:b w:val="0"/>
          <w:i w:val="0"/>
          <w:sz w:val="22"/>
        </w:rPr>
        <w:t>CEP: ______________________ Cidade: __________________ Estado: ______</w:t>
      </w:r>
    </w:p>
    <w:p>
      <w:r>
        <w:rPr>
          <w:b w:val="0"/>
          <w:i w:val="0"/>
          <w:sz w:val="22"/>
        </w:rPr>
        <w:t>Telefone: 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</w:t>
      </w:r>
    </w:p>
    <w:p/>
    <w:p>
      <w:r>
        <w:rPr>
          <w:b/>
          <w:i w:val="0"/>
          <w:sz w:val="22"/>
        </w:rPr>
        <w:t>DESTINATÁRIO:</w:t>
      </w:r>
    </w:p>
    <w:p>
      <w:r>
        <w:rPr>
          <w:b w:val="0"/>
          <w:i w:val="0"/>
          <w:sz w:val="22"/>
        </w:rPr>
        <w:t>Nome/Razão Social: 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</w:t>
      </w:r>
    </w:p>
    <w:p>
      <w:r>
        <w:rPr>
          <w:b w:val="0"/>
          <w:i w:val="0"/>
          <w:sz w:val="22"/>
        </w:rPr>
        <w:t>CEP: ______________________ Cidade: __________________ Estado: ______</w:t>
      </w:r>
    </w:p>
    <w:p>
      <w:r>
        <w:rPr>
          <w:b w:val="0"/>
          <w:i w:val="0"/>
          <w:sz w:val="22"/>
        </w:rPr>
        <w:t>Telefone: 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</w:t>
      </w:r>
    </w:p>
    <w:p/>
    <w:p/>
    <w:p>
      <w:r>
        <w:rPr>
          <w:b/>
          <w:i w:val="0"/>
          <w:sz w:val="22"/>
        </w:rPr>
        <w:t>ASSUNTO: Cancelamento do Contrato nº _________________________________</w:t>
      </w:r>
    </w:p>
    <w:p/>
    <w:p/>
    <w:p>
      <w:r>
        <w:rPr>
          <w:b w:val="0"/>
          <w:i w:val="0"/>
          <w:sz w:val="22"/>
        </w:rPr>
        <w:t>Prezados Senhores,</w:t>
      </w:r>
    </w:p>
    <w:p/>
    <w:p>
      <w:r>
        <w:rPr>
          <w:b w:val="0"/>
          <w:i w:val="0"/>
          <w:sz w:val="22"/>
        </w:rPr>
        <w:t>Venho por meio desta comunicar formalmente o cancelamento do contrato nº ____________________, celebrado entre as partes, cujo objeto é ____________________________________________________________________________.</w:t>
      </w:r>
    </w:p>
    <w:p/>
    <w:p>
      <w:r>
        <w:rPr>
          <w:b w:val="0"/>
          <w:i w:val="0"/>
          <w:sz w:val="22"/>
        </w:rPr>
        <w:t>O presente cancelamento ocorre em conformidade com as cláusulas contratuais e a legislação vigente, especialmente em observância ao artigo ___ do Código Civil Brasileiro, que permite a rescisão unilateral mediante notificação.</w:t>
      </w:r>
    </w:p>
    <w:p/>
    <w:p>
      <w:r>
        <w:rPr>
          <w:b w:val="0"/>
          <w:i w:val="0"/>
          <w:sz w:val="22"/>
        </w:rPr>
        <w:t>Solicito que todas as providências necessárias para o encerramento das obrigações contratuais sejam tomadas, bem como a confirmação por escrito do recebimento desta carta e da efetivação do cancelamento.</w:t>
      </w:r>
    </w:p>
    <w:p/>
    <w:p>
      <w:r>
        <w:rPr>
          <w:b w:val="0"/>
          <w:i w:val="0"/>
          <w:sz w:val="22"/>
        </w:rPr>
        <w:t>Ressalto que eventual pendência financeira deverá ser informada para regularização, e que o cancelamento não prejudica direitos adquiridos anteriormente à data de sua efetivação.</w:t>
      </w:r>
    </w:p>
    <w:p/>
    <w:p>
      <w:r>
        <w:rPr>
          <w:b w:val="0"/>
          <w:i w:val="0"/>
          <w:sz w:val="22"/>
        </w:rPr>
        <w:t>Fico à disposição para esclarecimentos que se fizerem necessários e agradeço pela atenção dispensada.</w:t>
      </w:r>
    </w:p>
    <w:p/>
    <w:p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/>
          <w:i w:val="0"/>
          <w:sz w:val="22"/>
        </w:rPr>
        <w:t>Nome do Remetente / Representante Legal</w:t>
      </w:r>
    </w:p>
    <w:p>
      <w:pPr>
        <w:jc w:val="center"/>
      </w:pPr>
      <w:r>
        <w:rPr>
          <w:b w:val="0"/>
          <w:i w:val="0"/>
          <w:sz w:val="22"/>
        </w:rPr>
        <w:t>CPF/CNPJ: _________________________</w:t>
      </w:r>
    </w:p>
    <w:p>
      <w:pPr>
        <w:jc w:val="center"/>
      </w:pPr>
      <w:r>
        <w:rPr>
          <w:b w:val="0"/>
          <w:i/>
          <w:sz w:val="22"/>
        </w:rPr>
        <w:t>Assinatura</w:t>
      </w:r>
    </w:p>
    <w:p/>
    <w:p/>
    <w:p>
      <w:r>
        <w:rPr>
          <w:b/>
          <w:i w:val="0"/>
          <w:sz w:val="22"/>
        </w:rPr>
        <w:t>Observação:</w:t>
      </w:r>
    </w:p>
    <w:p>
      <w:r>
        <w:rPr>
          <w:b w:val="0"/>
          <w:i w:val="0"/>
          <w:sz w:val="22"/>
        </w:rPr>
        <w:t>Esta carta tem caráter formal e serve como instrumento de notificação para fins de cancelamento contratual, ressaltando que as partes devem observar os prazos e condições previstos no contrato original e na legislação aplicável.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https://adv-modelos.com/carta-de-cancelamento-de-contrato/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arta-de-cancelamento-de-contrat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