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DESFILIAÇÃO</w:t>
      </w:r>
    </w:p>
    <w:p/>
    <w:p/>
    <w:p>
      <w:r>
        <w:rPr>
          <w:b w:val="0"/>
          <w:sz w:val="22"/>
        </w:rPr>
        <w:t>Eu, ____________________________________________________________, brasileiro(a), portador(a) do CPF nº ____________________, RG nº ____________________, residente e domiciliado(a) à ________________________________________________________________, venho, por meio desta, comunicar formalmente a minha DESFILIAÇÃO da entidade sindical ________________________________, inscrita no CNPJ sob nº ____________________, com sede na ________________________________________________________________.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Declaro que a presente decisão é tomada de forma livre, consciente e sem quaisquer coações, estando ciente dos direitos e deveres decorrentes da minha condição de ex-filiação sindical, conforme previsto na Consolidação das Leis do Trabalho (CLT) e demais legislações aplicáveis.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Solicito que a entidade sindical tome as providências cabíveis para o imediato cancelamento da minha inscrição e para que cesse a cobrança de quaisquer contribuições associativas, sindicais ou assistenciais a meu nome, a partir da data do recebimento desta carta.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Requeiro ainda que seja emitida declaração formal de baixa de filiado, para que possa comprovar junto aos órgãos competentes a minha condição de ex-membro desta entidade.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Por fim, agradeço pelos serviços prestados durante o período em que mantive vínculo com a entidade e ressalto que esta decisão não implica em qualquer desrespeito ou animosidade, mas sim em exercício legítimo de direito assegurado pela legislação brasileira.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Sem mais para o momento, renovo meus protestos de estima e consideração.</w:t>
      </w:r>
    </w:p>
    <w:p/>
    <w:p>
      <w:r>
        <w:rPr>
          <w:b w:val="0"/>
          <w:sz w:val="22"/>
        </w:rPr>
      </w:r>
    </w:p>
    <w:p/>
    <w:p>
      <w:r>
        <w:rPr>
          <w:b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sz w:val="22"/>
        </w:rPr>
        <w:t>Assinatura</w:t>
      </w:r>
    </w:p>
    <w:p/>
    <w:p/>
    <w:p>
      <w:r>
        <w:rPr>
          <w:b w:val="0"/>
          <w:sz w:val="22"/>
        </w:rPr>
        <w:t>Local: ________________________________</w:t>
      </w:r>
    </w:p>
    <w:p>
      <w:r>
        <w:rPr>
          <w:b w:val="0"/>
          <w:sz w:val="22"/>
        </w:rPr>
        <w:t>Data: ____ / ____ / 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https://adv-modelos.com/carta-de-desfiliacao/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arta-de-desfiliac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