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4"/>
        </w:rPr>
        <w:t>CARTA DE RENÚNCIA AO CARGO DE SÍNDICO</w:t>
      </w:r>
    </w:p>
    <w:p/>
    <w:p/>
    <w:p>
      <w:r>
        <w:rPr>
          <w:b w:val="0"/>
          <w:sz w:val="22"/>
        </w:rPr>
        <w:t>Ao(À) Senhor(a) Presidente do Conselho Fiscal e demais membros do Condomínio</w:t>
      </w:r>
    </w:p>
    <w:p>
      <w:r>
        <w:rPr>
          <w:b w:val="0"/>
          <w:sz w:val="22"/>
        </w:rPr>
        <w:t>Ref.: Renúncia ao Cargo de Síndico</w:t>
      </w:r>
    </w:p>
    <w:p/>
    <w:p/>
    <w:p>
      <w:r>
        <w:rPr>
          <w:b w:val="0"/>
          <w:sz w:val="22"/>
        </w:rPr>
        <w:t>Eu, _____________________________________________________________, brasileiro(a), portador(a) do RG nº ___________________ e CPF nº ____________________, residente e domiciliado(a) à ________________________________________________________________________________________________, na qualidade de síndico(a) do Condomínio __________________________________________________________, localizado à ________________________________________________________________________________________________, venho, por meio desta, apresentar formalmente minha RENÚNCIA irrevogável e irretratável ao cargo de síndico(a), a partir do momento da comunicação desta carta.</w:t>
      </w:r>
    </w:p>
    <w:p/>
    <w:p>
      <w:r>
        <w:rPr>
          <w:b w:val="0"/>
          <w:sz w:val="22"/>
        </w:rPr>
      </w:r>
    </w:p>
    <w:p/>
    <w:p>
      <w:r>
        <w:rPr>
          <w:b w:val="0"/>
          <w:sz w:val="22"/>
        </w:rPr>
        <w:t>Motivo minha decisão por razões pessoais e profissionais que me impedem de continuar exercendo minhas funções com a dedicação e atenção que o cargo exige, conforme previsto na Convenção Condominial e na legislação vigente.</w:t>
      </w:r>
    </w:p>
    <w:p/>
    <w:p>
      <w:r>
        <w:rPr>
          <w:b w:val="0"/>
          <w:sz w:val="22"/>
        </w:rPr>
      </w:r>
    </w:p>
    <w:p/>
    <w:p>
      <w:r>
        <w:rPr>
          <w:b w:val="0"/>
          <w:sz w:val="22"/>
        </w:rPr>
        <w:t>Declaro que, até a presente data, cumpri com todas as obrigações inerentes ao cargo, incluindo a prestação de contas, a administração das áreas comuns, a representação legal do condomínio e a gestão financeira, mantendo a transparência e o zelo exigidos.</w:t>
      </w:r>
    </w:p>
    <w:p/>
    <w:p>
      <w:r>
        <w:rPr>
          <w:b w:val="0"/>
          <w:sz w:val="22"/>
        </w:rPr>
      </w:r>
    </w:p>
    <w:p/>
    <w:p>
      <w:r>
        <w:rPr>
          <w:b w:val="0"/>
          <w:sz w:val="22"/>
        </w:rPr>
        <w:t>Solicito que esta carta seja juntada à ata da próxima assembleia geral, para que seja formalizada a aceitação da renúncia e a nomeação do novo síndico, conforme dispõe o artigo 1.347 do Código Civil Brasileiro.</w:t>
      </w:r>
    </w:p>
    <w:p/>
    <w:p>
      <w:r>
        <w:rPr>
          <w:b w:val="0"/>
          <w:sz w:val="22"/>
        </w:rPr>
      </w:r>
    </w:p>
    <w:p/>
    <w:p>
      <w:r>
        <w:rPr>
          <w:b w:val="0"/>
          <w:sz w:val="22"/>
        </w:rPr>
        <w:t>Coloco-me à disposição para colaborar no processo de transição, entregando toda a documentação, prestações de contas, chaves, e demais materiais relacionados à administração do condomínio, garantindo assim o pleno funcionamento e continuidade dos serviços.</w:t>
      </w:r>
    </w:p>
    <w:p/>
    <w:p>
      <w:r>
        <w:rPr>
          <w:b w:val="0"/>
          <w:sz w:val="22"/>
        </w:rPr>
      </w:r>
    </w:p>
    <w:p/>
    <w:p>
      <w:r>
        <w:rPr>
          <w:b w:val="0"/>
          <w:sz w:val="22"/>
        </w:rPr>
        <w:t>Sem mais para o momento, agradeço pela confiança e pela oportunidade de servir a este condomínio e seus condôminos.</w:t>
      </w:r>
    </w:p>
    <w:p/>
    <w:p>
      <w:r>
        <w:rPr>
          <w:b w:val="0"/>
          <w:sz w:val="22"/>
        </w:rPr>
      </w:r>
    </w:p>
    <w:p/>
    <w:p>
      <w:r>
        <w:rPr>
          <w:b w:val="0"/>
          <w:sz w:val="22"/>
        </w:rPr>
        <w:t>Atenciosamente,</w:t>
      </w:r>
    </w:p>
    <w:p/>
    <w:p/>
    <w:p/>
    <w:p/>
    <w:p>
      <w:pPr>
        <w:jc w:val="center"/>
      </w:pPr>
      <w:r>
        <w:rPr>
          <w:b w:val="0"/>
          <w:sz w:val="22"/>
        </w:rPr>
        <w:t>___________________________________________________________</w:t>
      </w:r>
    </w:p>
    <w:p>
      <w:pPr>
        <w:jc w:val="center"/>
      </w:pPr>
      <w:r>
        <w:rPr>
          <w:b w:val="0"/>
          <w:sz w:val="22"/>
        </w:rPr>
        <w:t>Nome completo do(a) síndico(a)</w:t>
      </w:r>
    </w:p>
    <w:p/>
    <w:p>
      <w:pPr>
        <w:jc w:val="center"/>
      </w:pPr>
      <w:r>
        <w:rPr>
          <w:b w:val="0"/>
          <w:sz w:val="22"/>
        </w:rPr>
        <w:t>___________________________________________________________</w:t>
      </w:r>
    </w:p>
    <w:p>
      <w:pPr>
        <w:jc w:val="center"/>
      </w:pPr>
      <w:r>
        <w:rPr>
          <w:b w:val="0"/>
          <w:sz w:val="22"/>
        </w:rPr>
        <w:t>Assinatura</w:t>
      </w:r>
    </w:p>
    <w:p/>
    <w:p/>
    <w:p>
      <w:r>
        <w:rPr>
          <w:b w:val="0"/>
          <w:sz w:val="22"/>
        </w:rPr>
        <w:t>Local: ____________________________________________</w:t>
      </w:r>
    </w:p>
    <w:p>
      <w:r>
        <w:rPr>
          <w:b w:val="0"/>
          <w:sz w:val="22"/>
        </w:rPr>
        <w:t>Data: _____________________________________________</w:t>
      </w:r>
    </w:p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 deste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https://adv-modelos.com/carta-de-renuncia-de-sindico/</w:t>
        </w:r>
      </w:hyperlink>
    </w:p>
    <w:p>
      <w:pPr>
        <w:jc w:val="center"/>
      </w:pPr>
      <w:r>
        <w:rPr>
          <w:color w:val="555555"/>
          <w:sz w:val="26"/>
        </w:rPr>
        <w:t>Este modelo foi útil para você?</w:t>
      </w:r>
    </w:p>
    <w:p>
      <w:pPr>
        <w:jc w:val="center"/>
      </w:pPr>
      <w:r>
        <w:rPr>
          <w:color w:val="555555"/>
          <w:sz w:val="26"/>
        </w:rPr>
        <w:t>Encontre outros modelos atualizados em: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https://adv-modelos.com</w:t>
        </w:r>
      </w:hyperlink>
    </w:p>
    <w:p>
      <w:pPr>
        <w:jc w:val="center"/>
      </w:pPr>
      <w:r>
        <w:rPr>
          <w:color w:val="808080"/>
          <w:sz w:val="20"/>
        </w:rPr>
        <w:t>Este modelo é destinado exclusivamente para uso pessoal e não comercial.</w:t>
        <w:br/>
        <w:t>Ao compartilhar ou publicar, a citação da fonte é obrigatória. © adv-modelos.com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adv-modelos.com/carta-de-renuncia-de-sindico/" TargetMode="External"/><Relationship Id="rId10" Type="http://schemas.openxmlformats.org/officeDocument/2006/relationships/hyperlink" Target="https://adv-modelo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