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CONTRATO DE LOCAÇÃO RESIDENCIAL COM CAUÇÃO</w:t>
      </w:r>
    </w:p>
    <w:p/>
    <w:p/>
    <w:p>
      <w:pPr>
        <w:ind w:firstLine="360"/>
        <w:jc w:val="both"/>
      </w:pPr>
      <w:r>
        <w:rPr>
          <w:b w:val="0"/>
          <w:sz w:val="22"/>
        </w:rPr>
        <w:t>LOCADOR: ________________________________________________________________, brasileiro(a), estado civil ________________, profissão ____________________, portador(a) do RG nº ________________, CPF nº ________________, residente e domiciliado(a) à ______________________________________________________.</w:t>
      </w:r>
    </w:p>
    <w:p/>
    <w:p>
      <w:pPr>
        <w:ind w:firstLine="360"/>
        <w:jc w:val="both"/>
      </w:pPr>
      <w:r>
        <w:rPr>
          <w:b w:val="0"/>
          <w:sz w:val="22"/>
        </w:rPr>
        <w:t>LOCATÁRIO: ______________________________________________________________, brasileiro(a), estado civil ________________, profissão ____________________, portador(a) do RG nº ________________, CPF nº ________________, residente e domiciliado(a) à ______________________________________________________.</w:t>
      </w:r>
    </w:p>
    <w:p/>
    <w:p/>
    <w:p>
      <w:pPr>
        <w:jc w:val="both"/>
      </w:pPr>
      <w:r>
        <w:rPr>
          <w:b w:val="0"/>
          <w:sz w:val="22"/>
        </w:rPr>
        <w:t>As partes acima qualificadas têm, entre si, justo e contratado o presente Contrato de Locação Residencial com Caução, que se regerá pelas cláusulas e condições seguintes:</w:t>
      </w:r>
    </w:p>
    <w:p/>
    <w:p/>
    <w:p>
      <w:pPr>
        <w:jc w:val="both"/>
      </w:pPr>
      <w:r>
        <w:rPr>
          <w:b/>
          <w:sz w:val="22"/>
        </w:rPr>
        <w:t>CLÁUSULA 1ª - DO OBJETO</w:t>
      </w:r>
    </w:p>
    <w:p/>
    <w:p>
      <w:pPr>
        <w:ind w:firstLine="360"/>
        <w:jc w:val="both"/>
      </w:pPr>
      <w:r>
        <w:rPr>
          <w:b w:val="0"/>
          <w:sz w:val="22"/>
        </w:rPr>
        <w:t>O LOCADOR dá em locação ao LOCATÁRIO o imóvel residencial situado à ____________________________________________________________, destinado exclusivamente para fins residenciais, ficando vedado o uso para qualquer outra finalidade.</w:t>
      </w:r>
    </w:p>
    <w:p/>
    <w:p/>
    <w:p>
      <w:pPr>
        <w:jc w:val="both"/>
      </w:pPr>
      <w:r>
        <w:rPr>
          <w:b/>
          <w:sz w:val="22"/>
        </w:rPr>
        <w:t>CLÁUSULA 2ª - DO PRAZO</w:t>
      </w:r>
    </w:p>
    <w:p/>
    <w:p>
      <w:pPr>
        <w:ind w:firstLine="360"/>
        <w:jc w:val="both"/>
      </w:pPr>
      <w:r>
        <w:rPr>
          <w:b w:val="0"/>
          <w:sz w:val="22"/>
        </w:rPr>
        <w:t>O prazo da locação é de ______ (________) meses, com início em ______________ e término em ________________, não podendo ser inferior a 30 (trinta) dias.</w:t>
      </w:r>
    </w:p>
    <w:p/>
    <w:p/>
    <w:p>
      <w:pPr>
        <w:jc w:val="both"/>
      </w:pPr>
      <w:r>
        <w:rPr>
          <w:b/>
          <w:sz w:val="22"/>
        </w:rPr>
        <w:t>CLÁUSULA 3ª - DO VALOR DO ALUGUEL E FORMA DE PAGAMENTO</w:t>
      </w:r>
    </w:p>
    <w:p/>
    <w:p>
      <w:pPr>
        <w:ind w:firstLine="360"/>
        <w:jc w:val="both"/>
      </w:pPr>
      <w:r>
        <w:rPr>
          <w:b w:val="0"/>
          <w:sz w:val="22"/>
        </w:rPr>
        <w:t>O aluguel mensal será de R$ ______________________________ (______________________________), deverá ser pago até o dia __ de cada mês, na conta bancária do LOCADOR ou em local por ele indicado.</w:t>
      </w:r>
    </w:p>
    <w:p/>
    <w:p/>
    <w:p>
      <w:pPr>
        <w:jc w:val="both"/>
      </w:pPr>
      <w:r>
        <w:rPr>
          <w:b/>
          <w:sz w:val="22"/>
        </w:rPr>
        <w:t>CLÁUSULA 4ª - DO REAJUSTE</w:t>
      </w:r>
    </w:p>
    <w:p/>
    <w:p>
      <w:pPr>
        <w:ind w:firstLine="360"/>
        <w:jc w:val="both"/>
      </w:pPr>
      <w:r>
        <w:rPr>
          <w:b w:val="0"/>
          <w:sz w:val="22"/>
        </w:rPr>
        <w:t>O valor do aluguel será reajustado anualmente, com base na variação do Índice Geral de Preços - Mercado (IGP-M) ou outro índice oficial que venha a substituí-lo.</w:t>
      </w:r>
    </w:p>
    <w:p/>
    <w:p/>
    <w:p>
      <w:pPr>
        <w:jc w:val="both"/>
      </w:pPr>
      <w:r>
        <w:rPr>
          <w:b/>
          <w:sz w:val="22"/>
        </w:rPr>
        <w:t>CLÁUSULA 5ª - DA CAUÇÃO</w:t>
      </w:r>
    </w:p>
    <w:p/>
    <w:p>
      <w:pPr>
        <w:ind w:firstLine="360"/>
        <w:jc w:val="both"/>
      </w:pPr>
      <w:r>
        <w:rPr>
          <w:b w:val="0"/>
          <w:sz w:val="22"/>
        </w:rPr>
        <w:t>Para garantia das obrigações aqui assumidas, o LOCATÁRIO entrega ao LOCADOR, neste ato, caução no valor de R$ ______________________________ (______________________________), correspondente a até 3 (três) meses de aluguel, que será restituída ao final da locação, corrigida monetariamente, descontadas eventuais despesas e danos causados ao imóvel.</w:t>
      </w:r>
    </w:p>
    <w:p/>
    <w:p/>
    <w:p>
      <w:pPr>
        <w:jc w:val="both"/>
      </w:pPr>
      <w:r>
        <w:rPr>
          <w:b/>
          <w:sz w:val="22"/>
        </w:rPr>
        <w:t>CLÁUSULA 6ª - DAS OBRIGAÇÕES DO LOCATÁRIO</w:t>
      </w:r>
    </w:p>
    <w:p/>
    <w:p>
      <w:pPr>
        <w:jc w:val="both"/>
      </w:pPr>
      <w:r>
        <w:rPr>
          <w:b/>
          <w:sz w:val="22"/>
        </w:rPr>
        <w:t>São obrigações do LOCATÁRIO:</w:t>
      </w:r>
    </w:p>
    <w:p>
      <w:pPr>
        <w:ind w:firstLine="360"/>
        <w:jc w:val="both"/>
      </w:pPr>
      <w:r>
        <w:rPr>
          <w:b w:val="0"/>
          <w:sz w:val="22"/>
        </w:rPr>
        <w:t>- Pagar pontualmente o aluguel e encargos;</w:t>
      </w:r>
    </w:p>
    <w:p>
      <w:pPr>
        <w:ind w:firstLine="360"/>
        <w:jc w:val="both"/>
      </w:pPr>
      <w:r>
        <w:rPr>
          <w:b w:val="0"/>
          <w:sz w:val="22"/>
        </w:rPr>
        <w:t>- Zelar pela conservação do imóvel, realizando pequenos reparos que se fizerem necessários;</w:t>
      </w:r>
    </w:p>
    <w:p>
      <w:pPr>
        <w:ind w:firstLine="360"/>
        <w:jc w:val="both"/>
      </w:pPr>
      <w:r>
        <w:rPr>
          <w:b w:val="0"/>
          <w:sz w:val="22"/>
        </w:rPr>
        <w:t>- Não modificar a estrutura do imóvel sem autorização escrita do LOCADOR;</w:t>
      </w:r>
    </w:p>
    <w:p>
      <w:pPr>
        <w:ind w:firstLine="360"/>
        <w:jc w:val="both"/>
      </w:pPr>
      <w:r>
        <w:rPr>
          <w:b w:val="0"/>
          <w:sz w:val="22"/>
        </w:rPr>
        <w:t>- Permitir a vistoria do imóvel pelo LOCADOR, mediante aviso prévio;</w:t>
      </w:r>
    </w:p>
    <w:p>
      <w:pPr>
        <w:ind w:firstLine="360"/>
        <w:jc w:val="both"/>
      </w:pPr>
      <w:r>
        <w:rPr>
          <w:b w:val="0"/>
          <w:sz w:val="22"/>
        </w:rPr>
        <w:t>- Restituir o imóvel no estado em que o recebeu, salvo as deteriorações decorrentes do uso normal.</w:t>
      </w:r>
    </w:p>
    <w:p/>
    <w:p/>
    <w:p>
      <w:pPr>
        <w:jc w:val="both"/>
      </w:pPr>
      <w:r>
        <w:rPr>
          <w:b/>
          <w:sz w:val="22"/>
        </w:rPr>
        <w:t>CLÁUSULA 7ª - DAS OBRIGAÇÕES DO LOCADOR</w:t>
      </w:r>
    </w:p>
    <w:p/>
    <w:p>
      <w:pPr>
        <w:jc w:val="both"/>
      </w:pPr>
      <w:r>
        <w:rPr>
          <w:b/>
          <w:sz w:val="22"/>
        </w:rPr>
        <w:t>São obrigações do LOCADOR:</w:t>
      </w:r>
    </w:p>
    <w:p>
      <w:pPr>
        <w:ind w:firstLine="360"/>
        <w:jc w:val="both"/>
      </w:pPr>
      <w:r>
        <w:rPr>
          <w:b w:val="0"/>
          <w:sz w:val="22"/>
        </w:rPr>
        <w:t>- Entregar o imóvel em condições de uso;</w:t>
      </w:r>
    </w:p>
    <w:p>
      <w:pPr>
        <w:ind w:firstLine="360"/>
        <w:jc w:val="both"/>
      </w:pPr>
      <w:r>
        <w:rPr>
          <w:b w:val="0"/>
          <w:sz w:val="22"/>
        </w:rPr>
        <w:t>- Manter durante a locação a posse pacífica do imóvel;</w:t>
      </w:r>
    </w:p>
    <w:p>
      <w:pPr>
        <w:ind w:firstLine="360"/>
        <w:jc w:val="both"/>
      </w:pPr>
      <w:r>
        <w:rPr>
          <w:b w:val="0"/>
          <w:sz w:val="22"/>
        </w:rPr>
        <w:t>- Realizar reparos estruturais necessários ao imóvel;</w:t>
      </w:r>
    </w:p>
    <w:p>
      <w:pPr>
        <w:ind w:firstLine="360"/>
        <w:jc w:val="both"/>
      </w:pPr>
      <w:r>
        <w:rPr>
          <w:b w:val="0"/>
          <w:sz w:val="22"/>
        </w:rPr>
        <w:t>- Fornecer recibo discriminado dos pagamentos efetuados.</w:t>
      </w:r>
    </w:p>
    <w:p/>
    <w:p/>
    <w:p>
      <w:pPr>
        <w:jc w:val="both"/>
      </w:pPr>
      <w:r>
        <w:rPr>
          <w:b/>
          <w:sz w:val="22"/>
        </w:rPr>
        <w:t>CLÁUSULA 8ª - DAS DESPESAS</w:t>
      </w:r>
    </w:p>
    <w:p/>
    <w:p>
      <w:pPr>
        <w:ind w:firstLine="360"/>
        <w:jc w:val="both"/>
      </w:pPr>
      <w:r>
        <w:rPr>
          <w:b w:val="0"/>
          <w:sz w:val="22"/>
        </w:rPr>
        <w:t>Ficarão a cargo do LOCATÁRIO as despesas ordinárias do imóvel, tais como consumo de água, energia, gás, taxas condominiais ordinárias, IPTU e outras despesas relacionadas ao uso.</w:t>
      </w:r>
    </w:p>
    <w:p/>
    <w:p/>
    <w:p>
      <w:pPr>
        <w:jc w:val="both"/>
      </w:pPr>
      <w:r>
        <w:rPr>
          <w:b/>
          <w:sz w:val="22"/>
        </w:rPr>
        <w:t>CLÁUSULA 9ª - DA RESCISÃO</w:t>
      </w:r>
    </w:p>
    <w:p/>
    <w:p>
      <w:pPr>
        <w:ind w:firstLine="360"/>
        <w:jc w:val="both"/>
      </w:pPr>
      <w:r>
        <w:rPr>
          <w:b w:val="0"/>
          <w:sz w:val="22"/>
        </w:rPr>
        <w:t>Em caso de rescisão antecipada pelo LOCATÁRIO, este pagará multa equivalente a 3 (três) meses de aluguel, proporcional ao tempo restante do contrato. O LOCADOR poderá rescindir o contrato em caso de descumprimento das cláusulas pelo LOCATÁRIO, mediante notificação prévia.</w:t>
      </w:r>
    </w:p>
    <w:p/>
    <w:p/>
    <w:p>
      <w:pPr>
        <w:jc w:val="both"/>
      </w:pPr>
      <w:r>
        <w:rPr>
          <w:b/>
          <w:sz w:val="22"/>
        </w:rPr>
        <w:t>CLÁUSULA 10ª - DA DEVOLUÇÃO DA CAUÇÃO</w:t>
      </w:r>
    </w:p>
    <w:p/>
    <w:p>
      <w:pPr>
        <w:ind w:firstLine="360"/>
        <w:jc w:val="both"/>
      </w:pPr>
      <w:r>
        <w:rPr>
          <w:b w:val="0"/>
          <w:sz w:val="22"/>
        </w:rPr>
        <w:t>A caução será devolvida ao LOCATÁRIO no prazo máximo de 30 (trinta) dias após a entrega das chaves, deduzidos os valores devidos a título de aluguéis, encargos, multas e reparos no imóvel.</w:t>
      </w:r>
    </w:p>
    <w:p/>
    <w:p/>
    <w:p>
      <w:pPr>
        <w:jc w:val="both"/>
      </w:pPr>
      <w:r>
        <w:rPr>
          <w:b/>
          <w:sz w:val="22"/>
        </w:rPr>
        <w:t>CLÁUSULA 11ª - DO FORO</w:t>
      </w:r>
    </w:p>
    <w:p/>
    <w:p>
      <w:pPr>
        <w:ind w:firstLine="360"/>
        <w:jc w:val="both"/>
      </w:pPr>
      <w:r>
        <w:rPr>
          <w:b w:val="0"/>
          <w:sz w:val="22"/>
        </w:rPr>
        <w:t>Fica eleito o foro da comarca de ____________________________, Estado ________, para dirimir quaisquer dúvidas ou litígios oriundos deste contrato, renunciando as partes a qualquer outro, por mais privilegiado que seja.</w:t>
      </w:r>
    </w:p>
    <w:p/>
    <w:p/>
    <w:p/>
    <w:p>
      <w:pPr>
        <w:jc w:val="center"/>
      </w:pPr>
      <w:r>
        <w:rPr>
          <w:b w:val="0"/>
          <w:sz w:val="22"/>
        </w:rPr>
        <w:t>E, por estarem assim justos e contratados, assinam o presente em 2 (duas) vias de igual teor, na presença das testemunhas abaixo.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</w:t>
      </w:r>
    </w:p>
    <w:p>
      <w:pPr>
        <w:jc w:val="center"/>
      </w:pPr>
      <w:r>
        <w:rPr>
          <w:b w:val="0"/>
          <w:sz w:val="22"/>
        </w:rPr>
        <w:t>LOCADOR</w:t>
      </w:r>
    </w:p>
    <w:p/>
    <w:p/>
    <w:p/>
    <w:p/>
    <w:p>
      <w:pPr>
        <w:jc w:val="center"/>
      </w:pPr>
      <w:r>
        <w:rPr>
          <w:b w:val="0"/>
          <w:sz w:val="22"/>
        </w:rPr>
        <w:t>_______________________________</w:t>
      </w:r>
    </w:p>
    <w:p>
      <w:pPr>
        <w:jc w:val="center"/>
      </w:pPr>
      <w:r>
        <w:rPr>
          <w:b w:val="0"/>
          <w:sz w:val="22"/>
        </w:rPr>
        <w:t>LOCATÁRIO</w:t>
      </w:r>
    </w:p>
    <w:p/>
    <w:p/>
    <w:p/>
    <w:p/>
    <w:p>
      <w:pPr>
        <w:jc w:val="both"/>
      </w:pPr>
      <w:r>
        <w:rPr>
          <w:b/>
          <w:sz w:val="22"/>
        </w:rPr>
        <w:t>Testemunhas:</w:t>
      </w:r>
    </w:p>
    <w:p/>
    <w:p/>
    <w:p>
      <w:pPr>
        <w:ind w:firstLine="360"/>
        <w:jc w:val="both"/>
      </w:pPr>
      <w:r>
        <w:rPr>
          <w:b w:val="0"/>
          <w:sz w:val="22"/>
        </w:rPr>
        <w:t>1) ________________________________    CPF: _____________________________</w:t>
      </w:r>
    </w:p>
    <w:p/>
    <w:p/>
    <w:p>
      <w:pPr>
        <w:ind w:firstLine="360"/>
        <w:jc w:val="both"/>
      </w:pPr>
      <w:r>
        <w:rPr>
          <w:b w:val="0"/>
          <w:sz w:val="22"/>
        </w:rPr>
        <w:t>2) ________________________________    CPF: 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https://adv-modelos.com/contrato-com-caucao/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contrato-com-caucao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