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CESSÃO DE DIREITOS</w:t>
      </w:r>
    </w:p>
    <w:p/>
    <w:p/>
    <w:p>
      <w:r>
        <w:rPr>
          <w:b/>
          <w:i w:val="0"/>
          <w:sz w:val="20"/>
        </w:rPr>
        <w:t>Pelo presente instrumento particular, de um lado:</w:t>
      </w:r>
    </w:p>
    <w:p>
      <w:r>
        <w:rPr>
          <w:b w:val="0"/>
          <w:i w:val="0"/>
          <w:sz w:val="20"/>
        </w:rPr>
        <w:t>CEDENTE: [Nome completo], [nacionalidade], [estado civil], [profissão], portador(a) do RG nº [__________] e CPF nº [__________], residente e domiciliado(a) à [endereço completo], doravante denominado(a) simplesmente CEDENTE;</w:t>
      </w:r>
    </w:p>
    <w:p/>
    <w:p>
      <w:r>
        <w:rPr>
          <w:b/>
          <w:i w:val="0"/>
          <w:sz w:val="20"/>
        </w:rPr>
        <w:t>E de outro lado:</w:t>
      </w:r>
    </w:p>
    <w:p>
      <w:r>
        <w:rPr>
          <w:b w:val="0"/>
          <w:i w:val="0"/>
          <w:sz w:val="20"/>
        </w:rPr>
        <w:t>CESSIONÁRIO: [Nome completo], [nacionalidade], [estado civil], [profissão], portador(a) do RG nº [__________] e CPF nº [__________], residente e domiciliado(a) à [endereço completo], doravante denominado(a) simplesmente CESSIONÁRIO;</w:t>
      </w:r>
    </w:p>
    <w:p/>
    <w:p>
      <w:r>
        <w:rPr>
          <w:b w:val="0"/>
          <w:i w:val="0"/>
          <w:sz w:val="20"/>
        </w:rPr>
        <w:t>Têm entre si, justo e contratado, o presente Contrato Particular de Cessão de Direitos, que se regerá pelas cláusulas e condições seguintes:</w:t>
      </w:r>
    </w:p>
    <w:p/>
    <w:p/>
    <w:p>
      <w:r>
        <w:rPr>
          <w:b/>
          <w:sz w:val="22"/>
        </w:rPr>
        <w:t>CLÁUSULA 1ª - DO OBJETO</w:t>
      </w:r>
    </w:p>
    <w:p>
      <w:r>
        <w:rPr>
          <w:b w:val="0"/>
          <w:i w:val="0"/>
          <w:sz w:val="20"/>
        </w:rPr>
        <w:t>O presente contrato tem por objeto a cessão, pelo CEDENTE ao CESSIONÁRIO, dos direitos patrimoniais e autorais relativos a [descrever detalhadamente o objeto da cessão, ex: obra literária, direito creditório, imóvel, contrato, ou outro bem jurídico], de titularidade exclusiva do CEDENTE, conforme documentação anexa.</w:t>
      </w:r>
    </w:p>
    <w:p/>
    <w:p>
      <w:r>
        <w:rPr>
          <w:b/>
          <w:sz w:val="22"/>
        </w:rPr>
        <w:t>CLÁUSULA 2ª - DA CESSÃO</w:t>
      </w:r>
    </w:p>
    <w:p>
      <w:r>
        <w:rPr>
          <w:b w:val="0"/>
          <w:i w:val="0"/>
          <w:sz w:val="20"/>
        </w:rPr>
        <w:t>O CEDENTE cede e transfere ao CESSIONÁRIO, de forma total, definitiva e irrevogável, todos os direitos econômicos, patrimoniais e autorais relacionados ao objeto deste contrato, podendo o CESSIONÁRIO exercer, da forma que julgar conveniente, tais direitos perante terceiros, inclusive para fins de exploração econômica e comercial.</w:t>
      </w:r>
    </w:p>
    <w:p/>
    <w:p>
      <w:r>
        <w:rPr>
          <w:b/>
          <w:sz w:val="22"/>
        </w:rPr>
        <w:t>CLÁUSULA 3ª - DO PREÇO E FORMA DE PAGAMENTO</w:t>
      </w:r>
    </w:p>
    <w:p>
      <w:r>
        <w:rPr>
          <w:b w:val="0"/>
          <w:i w:val="0"/>
          <w:sz w:val="20"/>
        </w:rPr>
        <w:t>Como preço certo e ajustado pela cessão ora contratada, o CESSIONÁRIO pagará ao CEDENTE o valor de R$ [valor por extenso e numérico], em [especificar forma, prazo e condições de pagamento].</w:t>
      </w:r>
    </w:p>
    <w:p/>
    <w:p>
      <w:r>
        <w:rPr>
          <w:b/>
          <w:sz w:val="22"/>
        </w:rPr>
        <w:t>CLÁUSULA 4ª - DAS OBRIGAÇÕES DO CEDENTE</w:t>
      </w:r>
    </w:p>
    <w:p>
      <w:r>
        <w:rPr>
          <w:b w:val="0"/>
          <w:i w:val="0"/>
          <w:sz w:val="20"/>
        </w:rPr>
        <w:t>O CEDENTE declara ser legítimo titular dos direitos ora cedidos, estando tais direitos livres e desembaraçados de quaisquer ônus, gravames, ações ou reivindicações de terceiros, responsabilizando-se pela evicção de direitos.</w:t>
      </w:r>
    </w:p>
    <w:p>
      <w:r>
        <w:rPr>
          <w:b w:val="0"/>
          <w:i w:val="0"/>
          <w:sz w:val="20"/>
        </w:rPr>
        <w:t>O CEDENTE compromete-se ainda a prestar toda informação e documentação necessária para o pleno exercício dos direitos cedidos pelo CESSIONÁRIO.</w:t>
      </w:r>
    </w:p>
    <w:p/>
    <w:p>
      <w:r>
        <w:rPr>
          <w:b/>
          <w:sz w:val="22"/>
        </w:rPr>
        <w:t>CLÁUSULA 5ª - DAS OBRIGAÇÕES DO CESSIONÁRIO</w:t>
      </w:r>
    </w:p>
    <w:p>
      <w:r>
        <w:rPr>
          <w:b w:val="0"/>
          <w:i w:val="0"/>
          <w:sz w:val="20"/>
        </w:rPr>
        <w:t>O CESSIONÁRIO obriga-se a respeitar os direitos morais do autor, quando aplicável, e a utilizar os direitos cedidos de acordo com a legislação vigente, responsabilizando-se pelo uso que fizer dos direitos ora adquiridos.</w:t>
      </w:r>
    </w:p>
    <w:p/>
    <w:p>
      <w:r>
        <w:rPr>
          <w:b/>
          <w:sz w:val="22"/>
        </w:rPr>
        <w:t>CLÁUSULA 6ª - DA IRREVOGABILIDADE E IRRETRATABILIDADE</w:t>
      </w:r>
    </w:p>
    <w:p>
      <w:r>
        <w:rPr>
          <w:b w:val="0"/>
          <w:i w:val="0"/>
          <w:sz w:val="20"/>
        </w:rPr>
        <w:t>A cessão de direitos ora ajustada é feita em caráter irrevogável e irretratável, não podendo ser anulada ou modificada sem o consentimento expresso de ambas as partes.</w:t>
      </w:r>
    </w:p>
    <w:p/>
    <w:p>
      <w:r>
        <w:rPr>
          <w:b/>
          <w:sz w:val="22"/>
        </w:rPr>
        <w:t>CLÁUSULA 7ª - DA VIGÊNCIA</w:t>
      </w:r>
    </w:p>
    <w:p>
      <w:r>
        <w:rPr>
          <w:b w:val="0"/>
          <w:i w:val="0"/>
          <w:sz w:val="20"/>
        </w:rPr>
        <w:t>O presente contrato vigorará a partir da data de sua assinatura e permanecerá válido enquanto existirem direitos a serem exercidos pelo CESSIONÁRIO, salvo disposição em contrário prevista em lei ou neste instrumento.</w:t>
      </w:r>
    </w:p>
    <w:p/>
    <w:p>
      <w:r>
        <w:rPr>
          <w:b/>
          <w:sz w:val="22"/>
        </w:rPr>
        <w:t>CLÁUSULA 8ª - DAS PENALIDADES</w:t>
      </w:r>
    </w:p>
    <w:p>
      <w:r>
        <w:rPr>
          <w:b w:val="0"/>
          <w:i w:val="0"/>
          <w:sz w:val="20"/>
        </w:rPr>
        <w:t>O descumprimento de quaisquer das cláusulas aqui pactuadas sujeitará a parte infratora ao pagamento de multa equivalente a [especificar percentual ou valor], sem prejuízo das perdas e danos e demais cominações legais.</w:t>
      </w:r>
    </w:p>
    <w:p/>
    <w:p>
      <w:r>
        <w:rPr>
          <w:b/>
          <w:sz w:val="22"/>
        </w:rPr>
        <w:t>CLÁUSULA 9ª - DA RESCISÃO</w:t>
      </w:r>
    </w:p>
    <w:p>
      <w:r>
        <w:rPr>
          <w:b w:val="0"/>
          <w:i w:val="0"/>
          <w:sz w:val="20"/>
        </w:rPr>
        <w:t>O presente contrato poderá ser rescindido por mútuo acordo entre as partes, ou por descumprimento de suas cláusulas, mediante notificação por escrito, com antecedência mínima de [prazo], respeitados os direitos adquiridos até a data da rescisão.</w:t>
      </w:r>
    </w:p>
    <w:p/>
    <w:p>
      <w:r>
        <w:rPr>
          <w:b/>
          <w:sz w:val="22"/>
        </w:rPr>
        <w:t>CLÁUSULA 10ª - DO FORO</w:t>
      </w:r>
    </w:p>
    <w:p>
      <w:r>
        <w:rPr>
          <w:b w:val="0"/>
          <w:i w:val="0"/>
          <w:sz w:val="20"/>
        </w:rPr>
        <w:t>Para dirimir quaisquer controvérsias oriundas deste contrato, as partes elegem o foro da comarca de [cidade/estado], renunciando a qualquer outro, por mais privilegiado que seja.</w:t>
      </w:r>
    </w:p>
    <w:p/>
    <w:p/>
    <w:p>
      <w:r>
        <w:rPr>
          <w:b w:val="0"/>
          <w:i w:val="0"/>
          <w:sz w:val="20"/>
        </w:rPr>
        <w:t>E por estarem assim justos e contratados, firmam o presente instrumento em 2 (duas) vias de igual teor e forma, na presença das testemunhas abaixo.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CEDENTE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CESSIONÁRIO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[Nome Completo do Cedente]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[Nome Completo do Cessionário]</w:t>
            </w:r>
          </w:p>
        </w:tc>
      </w:tr>
    </w:tbl>
    <w:p/>
    <w:p/>
    <w:p>
      <w:r>
        <w:rPr>
          <w:b/>
          <w:i w:val="0"/>
          <w:sz w:val="20"/>
        </w:rPr>
        <w:t>TESTEMUNHAS: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_______________________________</w:t>
              <w:br/>
              <w:t>Nome:</w:t>
              <w:br/>
              <w:t>RG: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_______________________________</w:t>
              <w:br/>
              <w:t>Nome:</w:t>
              <w:br/>
              <w:t>RG: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https://adv-modelos.com/contrato-de-cessao-de-direitos/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de-cessao-de-direito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