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CONTRATO PARTICULAR DE COMPRA E VENDA DE TERRENO</w:t>
      </w:r>
    </w:p>
    <w:p/>
    <w:p/>
    <w:p>
      <w:r>
        <w:rPr>
          <w:b/>
          <w:sz w:val="22"/>
        </w:rPr>
        <w:t>Pelo presente instrumento particular, de um lado, como VENDEDOR(ES):</w:t>
      </w:r>
    </w:p>
    <w:p>
      <w:r>
        <w:rPr>
          <w:b/>
          <w:sz w:val="22"/>
        </w:rPr>
        <w:t>__________________________________________________________, brasileiro(a), estado civil __________, profissão ______________________, portador(a) do RG nº ____________, inscrito(a) no CPF sob nº ________________, residente e domiciliado(a) na ________________________________, nº ____, bairro ________________, cidade ________________, Estado ________, e de outro lado, como COMPRADOR(ES):</w:t>
      </w:r>
    </w:p>
    <w:p>
      <w:r>
        <w:rPr>
          <w:b w:val="0"/>
          <w:sz w:val="22"/>
        </w:rPr>
        <w:t>__________________________________________________________, brasileiro(a), estado civil __________, profissão ______________________, portador(a) do RG nº ____________, inscrito(a) no CPF sob nº ________________, residente e domiciliado(a) na ________________________________, nº ____, bairro ________________, cidade ________________, Estado ________, têm entre si justo e contratado o que segue, que mutuamente aceitam e outorgam, a saber:</w:t>
      </w:r>
    </w:p>
    <w:p/>
    <w:p>
      <w:pPr>
        <w:jc w:val="left"/>
      </w:pPr>
      <w:r>
        <w:rPr>
          <w:b/>
          <w:sz w:val="22"/>
        </w:rPr>
        <w:t>CLÁUSULA 1 – DO OBJETO</w:t>
      </w:r>
    </w:p>
    <w:p>
      <w:r>
        <w:rPr>
          <w:b w:val="0"/>
          <w:sz w:val="22"/>
        </w:rPr>
        <w:t>O VENDEDOR é legítimo possuidor e proprietário do imóvel rural/urbano, situado à ________________________________, nº ____, bairro ________________, cidade ________________, Estado ________, descrito e caracterizado na matrícula nº ____________ do ________________ Cartório de Registro de Imóveis desta comarca, consistindo em um terreno com área total de __________ metros quadrados, livre e desembaraçado de quaisquer ônus, dívidas, ações reais ou pessoais que possam afetar sua propriedade ou posse.</w:t>
      </w:r>
    </w:p>
    <w:p/>
    <w:p>
      <w:pPr>
        <w:jc w:val="left"/>
      </w:pPr>
      <w:r>
        <w:rPr>
          <w:b/>
          <w:sz w:val="22"/>
        </w:rPr>
        <w:t>CLÁUSULA 2 – DO PREÇO E FORMA DE PAGAMENTO</w:t>
      </w:r>
    </w:p>
    <w:p>
      <w:r>
        <w:rPr>
          <w:b w:val="0"/>
          <w:sz w:val="22"/>
        </w:rPr>
        <w:t>O preço certo e ajustado da presente compra e venda é de R$ _____________________________ (valor por extenso), que o COMPRADOR se obriga a pagar ao VENDEDOR da seguinte forma:</w:t>
      </w:r>
    </w:p>
    <w:p>
      <w:r>
        <w:rPr>
          <w:b w:val="0"/>
          <w:sz w:val="22"/>
        </w:rPr>
        <w:t>a) Sinal e princípio de pagamento no valor de R$ ________________________, pago nesta data, cujo recebimento o VENDEDOR dá plena, geral e irrevogável quitação;</w:t>
      </w:r>
    </w:p>
    <w:p>
      <w:r>
        <w:rPr>
          <w:b w:val="0"/>
          <w:sz w:val="22"/>
        </w:rPr>
        <w:t>b) O saldo remanescente de R$ _________________________, será pago em ______ parcelas mensais, iguais e sucessivas, vencendo-se a primeira em ___________, e as demais todo dia ___ de cada mês, mediante _________________.</w:t>
      </w:r>
    </w:p>
    <w:p/>
    <w:p>
      <w:pPr>
        <w:jc w:val="left"/>
      </w:pPr>
      <w:r>
        <w:rPr>
          <w:b/>
          <w:sz w:val="22"/>
        </w:rPr>
        <w:t>CLÁUSULA 3 – DA POSSE E TRANSFERÊNCIA</w:t>
      </w:r>
    </w:p>
    <w:p>
      <w:r>
        <w:rPr>
          <w:b w:val="0"/>
          <w:sz w:val="22"/>
        </w:rPr>
        <w:t>A posse do imóvel e todos os seus direitos serão transferidos ao COMPRADOR após o pagamento integral do preço ajustado, momento em que o VENDEDOR entregará as chaves e promoverá a transferência da propriedade por meio da escritura pública definitiva, que será lavrada dentro do prazo máximo de ____ dias após a quitação total do preço.</w:t>
      </w:r>
    </w:p>
    <w:p/>
    <w:p>
      <w:pPr>
        <w:jc w:val="left"/>
      </w:pPr>
      <w:r>
        <w:rPr>
          <w:b/>
          <w:sz w:val="22"/>
        </w:rPr>
        <w:t>CLÁUSULA 4 – DAS OBRIGAÇÕES DAS PARTES</w:t>
      </w:r>
    </w:p>
    <w:p>
      <w:r>
        <w:rPr>
          <w:b w:val="0"/>
          <w:sz w:val="22"/>
        </w:rPr>
        <w:t>São obrigações do VENDEDOR:</w:t>
      </w:r>
    </w:p>
    <w:p>
      <w:r>
        <w:rPr>
          <w:b w:val="0"/>
          <w:sz w:val="22"/>
        </w:rPr>
        <w:t>a) Entregar o imóvel livre e desembaraçado de quaisquer ônus, dívidas, hipotecas, penhoras, arrestos, demandas judiciais ou extrajudiciais, inclusive fiscais e tributárias até a data da entrega;</w:t>
      </w:r>
    </w:p>
    <w:p>
      <w:r>
        <w:rPr>
          <w:b w:val="0"/>
          <w:sz w:val="22"/>
        </w:rPr>
        <w:t>b) Fornecer ao COMPRADOR toda a documentação necessária para a transferência da propriedade;</w:t>
      </w:r>
    </w:p>
    <w:p>
      <w:r>
        <w:rPr>
          <w:b w:val="0"/>
          <w:sz w:val="22"/>
        </w:rPr>
        <w:t>c) Responder pela evicção de direitos, nos termos da lei.</w:t>
      </w:r>
    </w:p>
    <w:p/>
    <w:p>
      <w:r>
        <w:rPr>
          <w:b w:val="0"/>
          <w:sz w:val="22"/>
        </w:rPr>
        <w:t>São obrigações do COMPRADOR:</w:t>
      </w:r>
    </w:p>
    <w:p>
      <w:r>
        <w:rPr>
          <w:b w:val="0"/>
          <w:sz w:val="22"/>
        </w:rPr>
        <w:t>a) Efetuar o pagamento do preço na forma e prazos ajustados;</w:t>
      </w:r>
    </w:p>
    <w:p>
      <w:r>
        <w:rPr>
          <w:b w:val="0"/>
          <w:sz w:val="22"/>
        </w:rPr>
        <w:t>b) Arcar com as despesas decorrentes da lavratura da escritura pública e do registro do imóvel;</w:t>
      </w:r>
    </w:p>
    <w:p>
      <w:r>
        <w:rPr>
          <w:b w:val="0"/>
          <w:sz w:val="22"/>
        </w:rPr>
        <w:t>c) Respeitar as normas urbanísticas, ambientais e de uso do solo vigentes.</w:t>
      </w:r>
    </w:p>
    <w:p/>
    <w:p>
      <w:pPr>
        <w:jc w:val="left"/>
      </w:pPr>
      <w:r>
        <w:rPr>
          <w:b/>
          <w:sz w:val="22"/>
        </w:rPr>
        <w:t>CLÁUSULA 5 – DAS DESPESAS E TRIBUTOS</w:t>
      </w:r>
    </w:p>
    <w:p>
      <w:r>
        <w:rPr>
          <w:b w:val="0"/>
          <w:sz w:val="22"/>
        </w:rPr>
        <w:t>Ficam a cargo do VENDEDOR as despesas e tributos incidentes até a data da entrega do imóvel, inclusive IPTU, taxas e contribuições de melhoria. A partir de então, todas as despesas, tributos e encargos serão de responsabilidade do COMPRADOR.</w:t>
      </w:r>
    </w:p>
    <w:p/>
    <w:p>
      <w:pPr>
        <w:jc w:val="left"/>
      </w:pPr>
      <w:r>
        <w:rPr>
          <w:b/>
          <w:sz w:val="22"/>
        </w:rPr>
        <w:t>CLÁUSULA 6 – DA MULTA POR INADIMPLEMENTO</w:t>
      </w:r>
    </w:p>
    <w:p>
      <w:r>
        <w:rPr>
          <w:b w:val="0"/>
          <w:sz w:val="22"/>
        </w:rPr>
        <w:t>No caso de inadimplemento de qualquer das parcelas ajustadas na Cláusula 2, o COMPRADOR ficará sujeito ao pagamento de multa moratória de 10% (dez por cento) sobre o valor da parcela em atraso, além de juros de mora de 1% (um por cento) ao mês e atualização monetária pelo índice oficial.</w:t>
      </w:r>
    </w:p>
    <w:p/>
    <w:p>
      <w:pPr>
        <w:jc w:val="left"/>
      </w:pPr>
      <w:r>
        <w:rPr>
          <w:b/>
          <w:sz w:val="22"/>
        </w:rPr>
        <w:t>CLÁUSULA 7 – DA RESCISÃO</w:t>
      </w:r>
    </w:p>
    <w:p>
      <w:r>
        <w:rPr>
          <w:b w:val="0"/>
          <w:sz w:val="22"/>
        </w:rPr>
        <w:t>O presente contrato poderá ser rescindido, de pleno direito, nas seguintes hipóteses:</w:t>
      </w:r>
    </w:p>
    <w:p>
      <w:r>
        <w:rPr>
          <w:b w:val="0"/>
          <w:sz w:val="22"/>
        </w:rPr>
        <w:t>a) Por mútuo acordo entre as partes;</w:t>
      </w:r>
    </w:p>
    <w:p>
      <w:r>
        <w:rPr>
          <w:b w:val="0"/>
          <w:sz w:val="22"/>
        </w:rPr>
        <w:t>b) Pelo inadimplemento de qualquer obrigação assumida pelas partes, após notificação por escrito concedendo prazo não inferior a 30 (trinta) dias para sanar a irregularidade;</w:t>
      </w:r>
    </w:p>
    <w:p>
      <w:r>
        <w:rPr>
          <w:b w:val="0"/>
          <w:sz w:val="22"/>
        </w:rPr>
        <w:t>c) Por impossibilidade superveniente de cumprimento do contrato, por caso fortuito ou força maior.</w:t>
      </w:r>
    </w:p>
    <w:p/>
    <w:p>
      <w:pPr>
        <w:jc w:val="left"/>
      </w:pPr>
      <w:r>
        <w:rPr>
          <w:b/>
          <w:sz w:val="22"/>
        </w:rPr>
        <w:t>CLÁUSULA 8 – DAS DISPOSIÇÕES GERAIS</w:t>
      </w:r>
    </w:p>
    <w:p>
      <w:r>
        <w:rPr>
          <w:b w:val="0"/>
          <w:sz w:val="22"/>
        </w:rPr>
        <w:t>Este contrato obriga as partes contratantes, seus herdeiros e sucessores, sendo vedada a cessão ou transferência do presente instrumento sem prévia autorização por escrito da outra parte.</w:t>
      </w:r>
    </w:p>
    <w:p>
      <w:r>
        <w:rPr>
          <w:b w:val="0"/>
          <w:sz w:val="22"/>
        </w:rPr>
        <w:t>As partes declaram que leram, entenderam e concordam com todas as cláusulas e condições aqui estipuladas.</w:t>
      </w:r>
    </w:p>
    <w:p/>
    <w:p>
      <w:pPr>
        <w:jc w:val="left"/>
      </w:pPr>
      <w:r>
        <w:rPr>
          <w:b/>
          <w:sz w:val="22"/>
        </w:rPr>
        <w:t>CLÁUSULA 9 – DO FORO</w:t>
      </w:r>
    </w:p>
    <w:p>
      <w:r>
        <w:rPr>
          <w:b w:val="0"/>
          <w:sz w:val="22"/>
        </w:rPr>
        <w:t>Para dirimir quaisquer controvérsias oriundas deste contrato, as partes elegem o foro da comarca de ____________________, Estado ________, renunciando expressamente a qualquer outro, por mais privilegiado que seja.</w:t>
      </w:r>
    </w:p>
    <w:p/>
    <w:p/>
    <w:p>
      <w:r>
        <w:rPr>
          <w:b w:val="0"/>
          <w:sz w:val="22"/>
        </w:rPr>
        <w:t>E por estarem assim justos e contratados, firmam o presente contrato em _____ (____) vias de igual teor e forma, na presença das testemunhas abaixo.</w:t>
      </w:r>
    </w:p>
    <w:p/>
    <w:p/>
    <w:p/>
    <w:p/>
    <w:p>
      <w:pPr>
        <w:jc w:val="center"/>
      </w:pPr>
      <w:r>
        <w:rPr>
          <w:sz w:val="22"/>
        </w:rPr>
        <w:t>__________________________________________</w:t>
      </w:r>
    </w:p>
    <w:p>
      <w:pPr>
        <w:jc w:val="center"/>
      </w:pPr>
      <w:r>
        <w:rPr>
          <w:b w:val="0"/>
          <w:sz w:val="22"/>
        </w:rPr>
        <w:t>VENDEDOR</w:t>
      </w:r>
    </w:p>
    <w:p>
      <w:pPr>
        <w:jc w:val="center"/>
      </w:pPr>
      <w:r>
        <w:rPr>
          <w:b w:val="0"/>
          <w:sz w:val="22"/>
        </w:rPr>
        <w:t>Nome, assinatura e CPF</w:t>
      </w:r>
    </w:p>
    <w:p/>
    <w:p/>
    <w:p>
      <w:pPr>
        <w:jc w:val="center"/>
      </w:pPr>
      <w:r>
        <w:rPr>
          <w:sz w:val="22"/>
        </w:rPr>
        <w:t>__________________________________________</w:t>
      </w:r>
    </w:p>
    <w:p>
      <w:pPr>
        <w:jc w:val="center"/>
      </w:pPr>
      <w:r>
        <w:rPr>
          <w:b w:val="0"/>
          <w:sz w:val="22"/>
        </w:rPr>
        <w:t>COMPRADOR</w:t>
      </w:r>
    </w:p>
    <w:p>
      <w:pPr>
        <w:jc w:val="center"/>
      </w:pPr>
      <w:r>
        <w:rPr>
          <w:b w:val="0"/>
          <w:sz w:val="22"/>
        </w:rPr>
        <w:t>Nome, assinatura e CPF</w:t>
      </w:r>
    </w:p>
    <w:p/>
    <w:p/>
    <w:p/>
    <w:p/>
    <w:p>
      <w:r>
        <w:rPr>
          <w:b/>
          <w:sz w:val="22"/>
        </w:rPr>
        <w:t>Testemunhas:</w:t>
      </w:r>
    </w:p>
    <w:p/>
    <w:p>
      <w:pPr>
        <w:jc w:val="center"/>
      </w:pPr>
      <w:r>
        <w:rPr>
          <w:sz w:val="22"/>
        </w:rPr>
        <w:t>__________________________________________</w:t>
      </w:r>
    </w:p>
    <w:p>
      <w:pPr>
        <w:jc w:val="center"/>
      </w:pPr>
      <w:r>
        <w:rPr>
          <w:b w:val="0"/>
          <w:sz w:val="22"/>
        </w:rPr>
        <w:t>1. _______________________________</w:t>
      </w:r>
    </w:p>
    <w:p>
      <w:pPr>
        <w:jc w:val="center"/>
      </w:pPr>
      <w:r>
        <w:rPr>
          <w:b w:val="0"/>
          <w:sz w:val="22"/>
        </w:rPr>
        <w:t>Nome, assinatura e CPF</w:t>
      </w:r>
    </w:p>
    <w:p/>
    <w:p/>
    <w:p>
      <w:pPr>
        <w:jc w:val="center"/>
      </w:pPr>
      <w:r>
        <w:rPr>
          <w:sz w:val="22"/>
        </w:rPr>
        <w:t>__________________________________________</w:t>
      </w:r>
    </w:p>
    <w:p>
      <w:pPr>
        <w:jc w:val="center"/>
      </w:pPr>
      <w:r>
        <w:rPr>
          <w:b w:val="0"/>
          <w:sz w:val="22"/>
        </w:rPr>
        <w:t>2. _______________________________</w:t>
      </w:r>
    </w:p>
    <w:p>
      <w:pPr>
        <w:jc w:val="center"/>
      </w:pPr>
      <w:r>
        <w:rPr>
          <w:b w:val="0"/>
          <w:sz w:val="22"/>
        </w:rPr>
        <w:t>Nome, assinatura e CPF</w:t>
      </w:r>
    </w:p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https://adv-modelos.com/contrato-de-compra-e-venda-de-terreno/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contrato-de-compra-e-venda-de-terreno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