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CONTRATO DE COMPRA E VENDA</w:t>
      </w:r>
    </w:p>
    <w:p/>
    <w:p>
      <w:pPr>
        <w:jc w:val="both"/>
      </w:pPr>
      <w:r>
        <w:rPr>
          <w:b w:val="0"/>
          <w:sz w:val="20"/>
        </w:rPr>
        <w:t>Pelo presente instrumento particular de Contrato de Compra e Venda, de um lado, como VENDEDOR(a), ________________________________________________, nacionalidade ________________, estado civil ________________, profissão ________________, portador(a) do RG nº ___________________, inscrito(a) no CPF/MF sob o nº ________________, residente e domiciliado(a) à ________________________________________________, e de outro lado, como COMPRADOR(a), ____________________________________________, nacionalidade ________________, estado civil ________________, profissão ________________, portador(a) do RG nº ___________________, inscrito(a) no CPF/MF sob o nº ________________, residente e domiciliado(a) à ________________________________________________, têm entre si justo e contratado o que segue, mediante as cláusulas e condições abaixo:</w:t>
      </w:r>
    </w:p>
    <w:p/>
    <w:p>
      <w:pPr>
        <w:jc w:val="left"/>
      </w:pPr>
      <w:r>
        <w:rPr>
          <w:b/>
          <w:sz w:val="22"/>
        </w:rPr>
        <w:t>CLÁUSULA 1 – DO OBJETO</w:t>
      </w:r>
    </w:p>
    <w:p>
      <w:pPr>
        <w:jc w:val="both"/>
      </w:pPr>
      <w:r>
        <w:rPr>
          <w:b w:val="0"/>
          <w:sz w:val="20"/>
        </w:rPr>
        <w:t>O VENDEDOR é legítimo possuidor e proprietário do bem descrito a seguir, objeto deste contrato, que o vende e transfere ao COMPRADOR, que o aceita, pelo preço e condições adiante estipuladas:</w:t>
      </w:r>
    </w:p>
    <w:p>
      <w:pPr>
        <w:jc w:val="both"/>
      </w:pPr>
      <w:r>
        <w:rPr>
          <w:b w:val="0"/>
          <w:sz w:val="20"/>
        </w:rPr>
        <w:t>Descrição do Bem: ____________________________________________________________</w:t>
      </w:r>
    </w:p>
    <w:p>
      <w:pPr>
        <w:jc w:val="both"/>
      </w:pPr>
      <w:r>
        <w:rPr>
          <w:b w:val="0"/>
          <w:sz w:val="20"/>
        </w:rPr>
        <w:t>Características: ______________________________________________________________</w:t>
      </w:r>
    </w:p>
    <w:p>
      <w:pPr>
        <w:jc w:val="both"/>
      </w:pPr>
      <w:r>
        <w:rPr>
          <w:b w:val="0"/>
          <w:sz w:val="20"/>
        </w:rPr>
        <w:t>Localização (se aplicável): ____________________________________________________</w:t>
      </w:r>
    </w:p>
    <w:p/>
    <w:p>
      <w:pPr>
        <w:jc w:val="left"/>
      </w:pPr>
      <w:r>
        <w:rPr>
          <w:b/>
          <w:sz w:val="22"/>
        </w:rPr>
        <w:t>CLÁUSULA 2 – DO PREÇO</w:t>
      </w:r>
    </w:p>
    <w:p>
      <w:pPr>
        <w:jc w:val="both"/>
      </w:pPr>
      <w:r>
        <w:rPr>
          <w:b w:val="0"/>
          <w:sz w:val="20"/>
        </w:rPr>
        <w:t>O preço certo e ajustado entre as partes para a venda do bem descrito na Cláusula 1 é de R$ ________________ (__________________________), que será pago pelo COMPRADOR da seguinte forma:</w:t>
      </w:r>
    </w:p>
    <w:p>
      <w:pPr>
        <w:jc w:val="both"/>
      </w:pPr>
      <w:r>
        <w:rPr>
          <w:b w:val="0"/>
          <w:sz w:val="20"/>
        </w:rPr>
        <w:t>Forma de Pagamento: __________________________________________________________</w:t>
      </w:r>
    </w:p>
    <w:p>
      <w:pPr>
        <w:jc w:val="both"/>
      </w:pPr>
      <w:r>
        <w:rPr>
          <w:b w:val="0"/>
          <w:sz w:val="20"/>
        </w:rPr>
        <w:t>Condições e Prazos: __________________________________________________________</w:t>
      </w:r>
    </w:p>
    <w:p/>
    <w:p>
      <w:pPr>
        <w:jc w:val="left"/>
      </w:pPr>
      <w:r>
        <w:rPr>
          <w:b/>
          <w:sz w:val="22"/>
        </w:rPr>
        <w:t>CLÁUSULA 3 – DA ENTREGA</w:t>
      </w:r>
    </w:p>
    <w:p>
      <w:pPr>
        <w:jc w:val="both"/>
      </w:pPr>
      <w:r>
        <w:rPr>
          <w:b w:val="0"/>
          <w:sz w:val="20"/>
        </w:rPr>
        <w:t>O VENDEDOR se compromete a entregar o bem objeto deste contrato no estado em que se encontra, no prazo máximo de ________________ dias a contar da assinatura deste contrato, no endereço do COMPRADOR ou onde este indicar.</w:t>
      </w:r>
    </w:p>
    <w:p/>
    <w:p>
      <w:pPr>
        <w:jc w:val="left"/>
      </w:pPr>
      <w:r>
        <w:rPr>
          <w:b/>
          <w:sz w:val="22"/>
        </w:rPr>
        <w:t>CLÁUSULA 4 – DA POSSE E DOS RISCOS</w:t>
      </w:r>
    </w:p>
    <w:p>
      <w:pPr>
        <w:jc w:val="both"/>
      </w:pPr>
      <w:r>
        <w:rPr>
          <w:b w:val="0"/>
          <w:sz w:val="20"/>
        </w:rPr>
        <w:t>A posse do bem será transmitida ao COMPRADOR imediatamente após o pagamento integral do preço ajustado, bem como a transferência dos riscos sobre o bem, inclusive por perdas ou danos, a partir desta data.</w:t>
      </w:r>
    </w:p>
    <w:p/>
    <w:p>
      <w:pPr>
        <w:jc w:val="left"/>
      </w:pPr>
      <w:r>
        <w:rPr>
          <w:b/>
          <w:sz w:val="22"/>
        </w:rPr>
        <w:t>CLÁUSULA 5 – DAS OBRIGAÇÕES DO VENDEDOR</w:t>
      </w:r>
    </w:p>
    <w:p>
      <w:pPr>
        <w:jc w:val="both"/>
      </w:pPr>
      <w:r>
        <w:rPr>
          <w:b w:val="0"/>
          <w:sz w:val="20"/>
        </w:rPr>
        <w:t>O VENDEDOR declara que o bem objeto deste contrato está livre e desembaraçado de quaisquer ônus, dívidas, gravames ou restrições que possam impedir sua venda ou transferência.</w:t>
      </w:r>
    </w:p>
    <w:p>
      <w:pPr>
        <w:jc w:val="both"/>
      </w:pPr>
      <w:r>
        <w:rPr>
          <w:b w:val="0"/>
          <w:sz w:val="20"/>
        </w:rPr>
        <w:t>Compromete-se ainda a entregar toda a documentação necessária para a transferência de propriedade, bem como prestar as informações necessárias para tal finalidade.</w:t>
      </w:r>
    </w:p>
    <w:p/>
    <w:p>
      <w:pPr>
        <w:jc w:val="left"/>
      </w:pPr>
      <w:r>
        <w:rPr>
          <w:b/>
          <w:sz w:val="22"/>
        </w:rPr>
        <w:t>CLÁUSULA 6 – DAS OBRIGAÇÕES DO COMPRADOR</w:t>
      </w:r>
    </w:p>
    <w:p>
      <w:pPr>
        <w:jc w:val="both"/>
      </w:pPr>
      <w:r>
        <w:rPr>
          <w:b w:val="0"/>
          <w:sz w:val="20"/>
        </w:rPr>
        <w:t>O COMPRADOR obriga-se a pagar o preço conforme estabelecido na Cláusula 2, nas condições e prazos estipulados, bem como a cumprir com as obrigações legais relativas à propriedade do bem após a transferência.</w:t>
      </w:r>
    </w:p>
    <w:p/>
    <w:p>
      <w:pPr>
        <w:jc w:val="left"/>
      </w:pPr>
      <w:r>
        <w:rPr>
          <w:b/>
          <w:sz w:val="22"/>
        </w:rPr>
        <w:t>CLÁUSULA 7 – DA RESCISÃO</w:t>
      </w:r>
    </w:p>
    <w:p>
      <w:pPr>
        <w:jc w:val="both"/>
      </w:pPr>
      <w:r>
        <w:rPr>
          <w:b w:val="0"/>
          <w:sz w:val="20"/>
        </w:rPr>
        <w:t>Em caso de descumprimento de quaisquer das cláusulas aqui pactuadas, a parte infratora ficará sujeita à rescisão do presente contrato, sem prejuízo da cobrança de perdas e danos, multas e demais cominações legais aplicáveis.</w:t>
      </w:r>
    </w:p>
    <w:p/>
    <w:p>
      <w:pPr>
        <w:jc w:val="left"/>
      </w:pPr>
      <w:r>
        <w:rPr>
          <w:b/>
          <w:sz w:val="22"/>
        </w:rPr>
        <w:t>CLÁUSULA 8 – DAS PENALIDADES</w:t>
      </w:r>
    </w:p>
    <w:p>
      <w:pPr>
        <w:jc w:val="both"/>
      </w:pPr>
      <w:r>
        <w:rPr>
          <w:b w:val="0"/>
          <w:sz w:val="20"/>
        </w:rPr>
        <w:t>Fica ajustada, em caso de inadimplemento, multa de 10% (dez por cento) sobre o valor total do contrato, além de juros de mora de 1% (um por cento) ao mês e correção monetária conforme índice legal vigente.</w:t>
      </w:r>
    </w:p>
    <w:p/>
    <w:p>
      <w:pPr>
        <w:jc w:val="left"/>
      </w:pPr>
      <w:r>
        <w:rPr>
          <w:b/>
          <w:sz w:val="22"/>
        </w:rPr>
        <w:t>CLÁUSULA 9 – DA RESPONSABILIDADE</w:t>
      </w:r>
    </w:p>
    <w:p>
      <w:pPr>
        <w:jc w:val="both"/>
      </w:pPr>
      <w:r>
        <w:rPr>
          <w:b w:val="0"/>
          <w:sz w:val="20"/>
        </w:rPr>
        <w:t>As partes respondem pelos atos praticados em decorrência deste contrato, obrigando-se a indenizar a outra por eventuais prejuízos causados por sua culpa ou dolo.</w:t>
      </w:r>
    </w:p>
    <w:p/>
    <w:p>
      <w:pPr>
        <w:jc w:val="left"/>
      </w:pPr>
      <w:r>
        <w:rPr>
          <w:b/>
          <w:sz w:val="22"/>
        </w:rPr>
        <w:t>CLÁUSULA 10 – DA CESSÃO E TRANSFERÊNCIA</w:t>
      </w:r>
    </w:p>
    <w:p>
      <w:pPr>
        <w:jc w:val="both"/>
      </w:pPr>
      <w:r>
        <w:rPr>
          <w:b w:val="0"/>
          <w:sz w:val="20"/>
        </w:rPr>
        <w:t>O COMPRADOR não poderá ceder ou transferir seus direitos e obrigações deste contrato sem o consentimento prévio e por escrito do VENDEDOR.</w:t>
      </w:r>
    </w:p>
    <w:p/>
    <w:p>
      <w:pPr>
        <w:jc w:val="left"/>
      </w:pPr>
      <w:r>
        <w:rPr>
          <w:b/>
          <w:sz w:val="22"/>
        </w:rPr>
        <w:t>CLÁUSULA 11 – DO FORO</w:t>
      </w:r>
    </w:p>
    <w:p>
      <w:pPr>
        <w:jc w:val="both"/>
      </w:pPr>
      <w:r>
        <w:rPr>
          <w:b w:val="0"/>
          <w:sz w:val="20"/>
        </w:rPr>
        <w:t>Para dirimir quaisquer controvérsias oriundas deste contrato, as partes elegem o foro da comarca de ____________________________, com renúncia a qualquer outro, por mais privilegiado que seja.</w:t>
      </w:r>
    </w:p>
    <w:p/>
    <w:p/>
    <w:p>
      <w:pPr>
        <w:jc w:val="both"/>
      </w:pPr>
      <w:r>
        <w:rPr>
          <w:b w:val="0"/>
          <w:sz w:val="20"/>
        </w:rPr>
        <w:t>E por estarem assim justos e contratados, firmam o presente instrumento em duas vias de igual teor e forma, na presença de duas testemunhas.</w:t>
      </w:r>
    </w:p>
    <w:p/>
    <w:p/>
    <w:p/>
    <w:p/>
    <w:p>
      <w:pPr>
        <w:jc w:val="both"/>
      </w:pPr>
      <w:r>
        <w:rPr>
          <w:b w:val="0"/>
          <w:sz w:val="20"/>
        </w:rPr>
        <w:t>__________________________________________________________</w:t>
      </w:r>
    </w:p>
    <w:p>
      <w:pPr>
        <w:jc w:val="both"/>
      </w:pPr>
      <w:r>
        <w:rPr>
          <w:b w:val="0"/>
          <w:sz w:val="20"/>
        </w:rPr>
        <w:t>VENDEDOR</w:t>
      </w:r>
    </w:p>
    <w:p/>
    <w:p/>
    <w:p>
      <w:pPr>
        <w:jc w:val="both"/>
      </w:pPr>
      <w:r>
        <w:rPr>
          <w:b w:val="0"/>
          <w:sz w:val="20"/>
        </w:rPr>
        <w:t>__________________________________________________________</w:t>
      </w:r>
    </w:p>
    <w:p>
      <w:pPr>
        <w:jc w:val="both"/>
      </w:pPr>
      <w:r>
        <w:rPr>
          <w:b w:val="0"/>
          <w:sz w:val="20"/>
        </w:rPr>
        <w:t>COMPRADOR</w:t>
      </w:r>
    </w:p>
    <w:p/>
    <w:p/>
    <w:p/>
    <w:p/>
    <w:p>
      <w:pPr>
        <w:jc w:val="both"/>
      </w:pPr>
      <w:r>
        <w:rPr>
          <w:b w:val="0"/>
          <w:sz w:val="20"/>
        </w:rPr>
        <w:t>Testemunhas:</w:t>
      </w:r>
    </w:p>
    <w:p/>
    <w:p>
      <w:pPr>
        <w:jc w:val="both"/>
      </w:pPr>
      <w:r>
        <w:rPr>
          <w:b w:val="0"/>
          <w:sz w:val="20"/>
        </w:rPr>
        <w:t>1) __________________________________________________________    Nome: _____________________________________   CPF: ___________________</w:t>
      </w:r>
    </w:p>
    <w:p/>
    <w:p>
      <w:pPr>
        <w:jc w:val="both"/>
      </w:pPr>
      <w:r>
        <w:rPr>
          <w:b w:val="0"/>
          <w:sz w:val="20"/>
        </w:rPr>
        <w:t>2) __________________________________________________________    Nome: _____________________________________   CPF: 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https://adv-modelos.com/contrato-de-compra-e-venda/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https://adv-modelos.com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adv-modelos.com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v-modelos.com/contrato-de-compra-e-venda/" TargetMode="External"/><Relationship Id="rId10" Type="http://schemas.openxmlformats.org/officeDocument/2006/relationships/hyperlink" Target="https://adv-model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