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4"/>
        </w:rPr>
        <w:t>CONTRATO DE FORNECIMENTO</w:t>
      </w:r>
    </w:p>
    <w:p/>
    <w:p/>
    <w:p>
      <w:pPr>
        <w:jc w:val="both"/>
      </w:pPr>
      <w:r>
        <w:rPr>
          <w:b w:val="0"/>
          <w:sz w:val="20"/>
        </w:rPr>
        <w:t xml:space="preserve">Pelo presente instrumento particular, de um lado, </w:t>
      </w:r>
    </w:p>
    <w:p>
      <w:pPr>
        <w:jc w:val="both"/>
      </w:pPr>
      <w:r>
        <w:rPr>
          <w:b w:val="0"/>
          <w:sz w:val="20"/>
        </w:rPr>
        <w:t>_______________________________________________, pessoa jurídica de direito privado, inscrita no CNPJ sob nº ____________________, com sede na ____________________________________________, doravante denominada FORNECEDOR,</w:t>
      </w:r>
    </w:p>
    <w:p>
      <w:pPr>
        <w:jc w:val="both"/>
      </w:pPr>
      <w:r>
        <w:rPr>
          <w:b w:val="0"/>
          <w:sz w:val="20"/>
        </w:rPr>
        <w:t>e, de outro lado, _______________________________________________, pessoa jurídica de direito privado, inscrita no CNPJ sob nº ____________________, com sede na ____________________________________________, doravante denominada CONTRATANTE,</w:t>
      </w:r>
    </w:p>
    <w:p>
      <w:pPr>
        <w:jc w:val="both"/>
      </w:pPr>
      <w:r>
        <w:rPr>
          <w:b w:val="0"/>
          <w:sz w:val="20"/>
        </w:rPr>
        <w:t>têm entre si justo e contratado o que segue, de acordo com as cláusulas e condições abaixo:</w:t>
      </w:r>
    </w:p>
    <w:p/>
    <w:p/>
    <w:p>
      <w:pPr>
        <w:jc w:val="left"/>
      </w:pPr>
      <w:r>
        <w:rPr>
          <w:b/>
          <w:sz w:val="22"/>
        </w:rPr>
        <w:t>CLÁUSULA 1ª – DO OBJETO</w:t>
      </w:r>
    </w:p>
    <w:p>
      <w:pPr>
        <w:jc w:val="both"/>
      </w:pPr>
      <w:r>
        <w:rPr>
          <w:b w:val="0"/>
          <w:sz w:val="20"/>
        </w:rPr>
        <w:t>O presente contrato tem por objeto o fornecimento, pelo FORNECEDOR à CONTRATANTE, dos produtos e/ou serviços discriminados no Anexo I deste instrumento, em conformidade com as especificações técnicas, qualidade, quantidade e prazos estabelecidos.</w:t>
      </w:r>
    </w:p>
    <w:p/>
    <w:p>
      <w:pPr>
        <w:jc w:val="left"/>
      </w:pPr>
      <w:r>
        <w:rPr>
          <w:b/>
          <w:sz w:val="22"/>
        </w:rPr>
        <w:t>CLÁUSULA 2ª – DAS OBRIGAÇÕES DO FORNECEDOR</w:t>
      </w:r>
    </w:p>
    <w:p>
      <w:pPr>
        <w:jc w:val="both"/>
      </w:pPr>
      <w:r>
        <w:rPr>
          <w:b w:val="0"/>
          <w:sz w:val="20"/>
        </w:rPr>
        <w:t>São obrigações do FORNECEDOR:</w:t>
      </w:r>
    </w:p>
    <w:p>
      <w:pPr>
        <w:jc w:val="both"/>
      </w:pPr>
      <w:r>
        <w:rPr>
          <w:b/>
          <w:sz w:val="20"/>
        </w:rPr>
        <w:t>a) Fornecer os produtos e/ou serviços conforme especificações técnicas, prazos e quantidades acordadas;</w:t>
      </w:r>
    </w:p>
    <w:p>
      <w:pPr>
        <w:jc w:val="both"/>
      </w:pPr>
      <w:r>
        <w:rPr>
          <w:b/>
          <w:sz w:val="20"/>
        </w:rPr>
        <w:t>b) Garantir a qualidade e procedência dos produtos fornecidos, responsabilizando-se por eventuais vícios ou defeitos;</w:t>
      </w:r>
    </w:p>
    <w:p>
      <w:pPr>
        <w:jc w:val="both"/>
      </w:pPr>
      <w:r>
        <w:rPr>
          <w:b/>
          <w:sz w:val="20"/>
        </w:rPr>
        <w:t>c) Fornecer toda documentação técnica necessária para uso, instalação e manutenção dos produtos;</w:t>
      </w:r>
    </w:p>
    <w:p>
      <w:pPr>
        <w:jc w:val="both"/>
      </w:pPr>
      <w:r>
        <w:rPr>
          <w:b/>
          <w:sz w:val="20"/>
        </w:rPr>
        <w:t>d) Cumprir todas as normas legais, regulamentares e ambientais aplicáveis;</w:t>
      </w:r>
    </w:p>
    <w:p>
      <w:pPr>
        <w:jc w:val="both"/>
      </w:pPr>
      <w:r>
        <w:rPr>
          <w:b/>
          <w:sz w:val="20"/>
        </w:rPr>
        <w:t>e) Manter sigilo sobre informações confidenciais da CONTRATANTE.</w:t>
      </w:r>
    </w:p>
    <w:p/>
    <w:p>
      <w:pPr>
        <w:jc w:val="left"/>
      </w:pPr>
      <w:r>
        <w:rPr>
          <w:b/>
          <w:sz w:val="22"/>
        </w:rPr>
        <w:t>CLÁUSULA 3ª – DAS OBRIGAÇÕES DA CONTRATANTE</w:t>
      </w:r>
    </w:p>
    <w:p>
      <w:pPr>
        <w:jc w:val="both"/>
      </w:pPr>
      <w:r>
        <w:rPr>
          <w:b w:val="0"/>
          <w:sz w:val="20"/>
        </w:rPr>
        <w:t>São obrigações da CONTRATANTE:</w:t>
      </w:r>
    </w:p>
    <w:p>
      <w:pPr>
        <w:jc w:val="both"/>
      </w:pPr>
      <w:r>
        <w:rPr>
          <w:b/>
          <w:sz w:val="20"/>
        </w:rPr>
        <w:t>a) Efetuar o pagamento ao FORNECEDOR nas condições, preços e prazos estabelecidos neste contrato;</w:t>
      </w:r>
    </w:p>
    <w:p>
      <w:pPr>
        <w:jc w:val="both"/>
      </w:pPr>
      <w:r>
        <w:rPr>
          <w:b/>
          <w:sz w:val="20"/>
        </w:rPr>
        <w:t>b) Fornecer todas as informações e acessos necessários para a entrega e/ou execução dos serviços;</w:t>
      </w:r>
    </w:p>
    <w:p>
      <w:pPr>
        <w:jc w:val="both"/>
      </w:pPr>
      <w:r>
        <w:rPr>
          <w:b/>
          <w:sz w:val="20"/>
        </w:rPr>
        <w:t>c) Comunicar eventuais irregularidades ou não conformidades verificadas nos produtos ou serviços;</w:t>
      </w:r>
    </w:p>
    <w:p>
      <w:pPr>
        <w:jc w:val="both"/>
      </w:pPr>
      <w:r>
        <w:rPr>
          <w:b/>
          <w:sz w:val="20"/>
        </w:rPr>
        <w:t>d) Respeitar prazos e condições para recebimento e inspeção dos produtos ou serviços.</w:t>
      </w:r>
    </w:p>
    <w:p/>
    <w:p>
      <w:pPr>
        <w:jc w:val="left"/>
      </w:pPr>
      <w:r>
        <w:rPr>
          <w:b/>
          <w:sz w:val="22"/>
        </w:rPr>
        <w:t>CLÁUSULA 4ª – DO PREÇO E CONDIÇÕES DE PAGAMENTO</w:t>
      </w:r>
    </w:p>
    <w:p>
      <w:pPr>
        <w:jc w:val="both"/>
      </w:pPr>
      <w:r>
        <w:rPr>
          <w:b w:val="0"/>
          <w:sz w:val="20"/>
        </w:rPr>
        <w:t>O preço total do fornecimento será de R$ ______________________ (valor por extenso), conforme tabela constante no Anexo II.</w:t>
      </w:r>
    </w:p>
    <w:p>
      <w:pPr>
        <w:jc w:val="both"/>
      </w:pPr>
      <w:r>
        <w:rPr>
          <w:b w:val="0"/>
          <w:sz w:val="20"/>
        </w:rPr>
        <w:t>O pagamento será efetuado pela CONTRATANTE ao FORNECEDOR em até ______ dias após a entrega e aceite dos produtos e/ou serviços, mediante apresentação da nota fiscal correspondente.</w:t>
      </w:r>
    </w:p>
    <w:p>
      <w:pPr>
        <w:jc w:val="both"/>
      </w:pPr>
      <w:r>
        <w:rPr>
          <w:b w:val="0"/>
          <w:sz w:val="20"/>
        </w:rPr>
        <w:t>Qualquer atraso no pagamento sujeitará a CONTRATANTE ao pagamento de multa moratória de 2% (dois por cento) sobre o valor devido, acrescida de juros de 1% (um por cento) ao mês pro rata die.</w:t>
      </w:r>
    </w:p>
    <w:p/>
    <w:p>
      <w:pPr>
        <w:jc w:val="left"/>
      </w:pPr>
      <w:r>
        <w:rPr>
          <w:b/>
          <w:sz w:val="22"/>
        </w:rPr>
        <w:t>CLÁUSULA 5ª – DO PRAZO E ENTREGA</w:t>
      </w:r>
    </w:p>
    <w:p>
      <w:pPr>
        <w:jc w:val="both"/>
      </w:pPr>
      <w:r>
        <w:rPr>
          <w:b w:val="0"/>
          <w:sz w:val="20"/>
        </w:rPr>
        <w:t>O prazo para entrega dos produtos e/ou execução dos serviços será de _________ dias a contar do recebimento do pedido formal pela CONTRATANTE.</w:t>
      </w:r>
    </w:p>
    <w:p>
      <w:pPr>
        <w:jc w:val="both"/>
      </w:pPr>
      <w:r>
        <w:rPr>
          <w:b w:val="0"/>
          <w:sz w:val="20"/>
        </w:rPr>
        <w:t>A entrega será realizada no endereço ________________________________, ou outro local previamente acordado entre as partes.</w:t>
      </w:r>
    </w:p>
    <w:p>
      <w:pPr>
        <w:jc w:val="both"/>
      </w:pPr>
      <w:r>
        <w:rPr>
          <w:b w:val="0"/>
          <w:sz w:val="20"/>
        </w:rPr>
        <w:t>Em caso de atraso injustificado, o FORNECEDOR estará sujeito a multa de 0,5% (meio por cento) do valor do pedido por dia de atraso, limitada a 10% (dez por cento) do valor total.</w:t>
      </w:r>
    </w:p>
    <w:p/>
    <w:p>
      <w:pPr>
        <w:jc w:val="left"/>
      </w:pPr>
      <w:r>
        <w:rPr>
          <w:b/>
          <w:sz w:val="22"/>
        </w:rPr>
        <w:t>CLÁUSULA 6ª – DA GARANTIA</w:t>
      </w:r>
    </w:p>
    <w:p>
      <w:pPr>
        <w:jc w:val="both"/>
      </w:pPr>
      <w:r>
        <w:rPr>
          <w:b w:val="0"/>
          <w:sz w:val="20"/>
        </w:rPr>
        <w:t>O FORNECEDOR garante os produtos e/ou serviços fornecidos pelo prazo mínimo de ______ meses, contados a partir da data de entrega e aceitação.</w:t>
      </w:r>
    </w:p>
    <w:p>
      <w:pPr>
        <w:jc w:val="both"/>
      </w:pPr>
      <w:r>
        <w:rPr>
          <w:b w:val="0"/>
          <w:sz w:val="20"/>
        </w:rPr>
        <w:t>Durante o período de garantia, o FORNECEDOR se obriga a reparar ou substituir, sem custos para a CONTRATANTE, quaisquer produtos ou serviços que apresentarem defeitos de fabricação ou execução.</w:t>
      </w:r>
    </w:p>
    <w:p/>
    <w:p>
      <w:pPr>
        <w:jc w:val="left"/>
      </w:pPr>
      <w:r>
        <w:rPr>
          <w:b/>
          <w:sz w:val="22"/>
        </w:rPr>
        <w:t>CLÁUSULA 7ª – DA RESCISÃO</w:t>
      </w:r>
    </w:p>
    <w:p>
      <w:pPr>
        <w:jc w:val="both"/>
      </w:pPr>
      <w:r>
        <w:rPr>
          <w:b w:val="0"/>
          <w:sz w:val="20"/>
        </w:rPr>
        <w:t>O presente contrato poderá ser rescindido por qualquer das partes, mediante notificação por escrito com antecedência mínima de 30 (trinta) dias, sem prejuízo das obrigações pendentes.</w:t>
      </w:r>
    </w:p>
    <w:p>
      <w:pPr>
        <w:jc w:val="both"/>
      </w:pPr>
      <w:r>
        <w:rPr>
          <w:b w:val="0"/>
          <w:sz w:val="20"/>
        </w:rPr>
        <w:t>Além disso, o contrato poderá ser rescindido imediatamente em caso de descumprimento de cláusulas essenciais, sem prejuízo da aplicação de penalidades e indenizações cabíveis.</w:t>
      </w:r>
    </w:p>
    <w:p/>
    <w:p>
      <w:pPr>
        <w:jc w:val="left"/>
      </w:pPr>
      <w:r>
        <w:rPr>
          <w:b/>
          <w:sz w:val="22"/>
        </w:rPr>
        <w:t>CLÁUSULA 8ª – DA CONFIDENCIALIDADE</w:t>
      </w:r>
    </w:p>
    <w:p>
      <w:pPr>
        <w:jc w:val="both"/>
      </w:pPr>
      <w:r>
        <w:rPr>
          <w:b w:val="0"/>
          <w:sz w:val="20"/>
        </w:rPr>
        <w:t>As partes comprometem-se a manter sob sigilo todas as informações e documentos trocados em decorrência deste contrato, não podendo divulgá-los a terceiros sem prévia autorização por escrito, salvo exigência legal.</w:t>
      </w:r>
    </w:p>
    <w:p/>
    <w:p>
      <w:pPr>
        <w:jc w:val="left"/>
      </w:pPr>
      <w:r>
        <w:rPr>
          <w:b/>
          <w:sz w:val="22"/>
        </w:rPr>
        <w:t>CLÁUSULA 9ª – DA PROPRIEDADE INTELECTUAL</w:t>
      </w:r>
    </w:p>
    <w:p>
      <w:pPr>
        <w:jc w:val="both"/>
      </w:pPr>
      <w:r>
        <w:rPr>
          <w:b w:val="0"/>
          <w:sz w:val="20"/>
        </w:rPr>
        <w:t>Todos os direitos relativos a marcas, patentes, desenhos industriais, know-how e outros direitos de propriedade intelectual relacionados aos produtos e serviços fornecidos pertencem exclusivamente ao FORNECEDOR, salvo disposição em contrário.</w:t>
      </w:r>
    </w:p>
    <w:p/>
    <w:p>
      <w:pPr>
        <w:jc w:val="left"/>
      </w:pPr>
      <w:r>
        <w:rPr>
          <w:b/>
          <w:sz w:val="22"/>
        </w:rPr>
        <w:t>CLÁUSULA 10ª – DA RESPONSABILIDADE</w:t>
      </w:r>
    </w:p>
    <w:p>
      <w:pPr>
        <w:jc w:val="both"/>
      </w:pPr>
      <w:r>
        <w:rPr>
          <w:b w:val="0"/>
          <w:sz w:val="20"/>
        </w:rPr>
        <w:t>As partes respondem pelos danos causados em decorrência de culpa ou dolo na execução do presente contrato, ficando excluída qualquer responsabilidade por danos indiretos, lucros cessantes ou consequenciais, salvo disposição legal em contrário.</w:t>
      </w:r>
    </w:p>
    <w:p/>
    <w:p>
      <w:pPr>
        <w:jc w:val="left"/>
      </w:pPr>
      <w:r>
        <w:rPr>
          <w:b/>
          <w:sz w:val="22"/>
        </w:rPr>
        <w:t>CLÁUSULA 11ª – DA FORÇA MAIOR</w:t>
      </w:r>
    </w:p>
    <w:p>
      <w:pPr>
        <w:jc w:val="both"/>
      </w:pPr>
      <w:r>
        <w:rPr>
          <w:b w:val="0"/>
          <w:sz w:val="20"/>
        </w:rPr>
        <w:t>Nenhuma das partes será responsabilizada por atrasos ou inadimplementos decorrentes de caso fortuito ou força maior, tais como guerras, greves, desastres naturais, atos governamentais ou outras causas fora do controle razoável das partes.</w:t>
      </w:r>
    </w:p>
    <w:p/>
    <w:p>
      <w:pPr>
        <w:jc w:val="left"/>
      </w:pPr>
      <w:r>
        <w:rPr>
          <w:b/>
          <w:sz w:val="22"/>
        </w:rPr>
        <w:t>CLÁUSULA 12ª – DO FORO</w:t>
      </w:r>
    </w:p>
    <w:p>
      <w:pPr>
        <w:jc w:val="both"/>
      </w:pPr>
      <w:r>
        <w:rPr>
          <w:b w:val="0"/>
          <w:sz w:val="20"/>
        </w:rPr>
        <w:t>Para dirimir quaisquer controvérsias oriundas deste contrato, as partes elegem o foro da comarca de ____________________, Estado de ________________, renunciando a qualquer outro, por mais privilegiado que seja.</w:t>
      </w:r>
    </w:p>
    <w:p/>
    <w:p/>
    <w:p>
      <w:pPr>
        <w:jc w:val="center"/>
      </w:pPr>
      <w:r>
        <w:rPr>
          <w:b w:val="0"/>
          <w:sz w:val="20"/>
        </w:rPr>
        <w:t>E, por estarem assim justos e contratados, firmam o presente contrato em ____ (duas) vias de igual teor e forma, para todos os fins de direito.</w:t>
      </w:r>
    </w:p>
    <w:p/>
    <w:p/>
    <w:p/>
    <w:p/>
    <w:tbl>
      <w:tblPr>
        <w:tblW w:type="auto" w:w="0"/>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rPr>
                <w:b/>
              </w:rPr>
              <w:t>FORNECEDOR</w:t>
            </w:r>
          </w:p>
        </w:tc>
        <w:tc>
          <w:tcPr>
            <w:tcW w:type="dxa" w:w="4986"/>
            <w:tcBorders>
              <w:top w:val="nil"/>
              <w:left w:val="nil"/>
              <w:bottom w:val="nil"/>
              <w:right w:val="nil"/>
              <w:insideH w:val="nil"/>
              <w:insideV w:val="nil"/>
            </w:tcBorders>
          </w:tcPr>
          <w:p>
            <w:pPr>
              <w:jc w:val="center"/>
            </w:pPr>
            <w:r>
              <w:rPr>
                <w:b/>
              </w:rPr>
              <w:t>CONTRATANTE</w:t>
            </w:r>
          </w:p>
        </w:tc>
      </w:tr>
      <w:tr>
        <w:tc>
          <w:tcPr>
            <w:tcW w:type="dxa" w:w="4986"/>
            <w:tcBorders>
              <w:top w:val="nil"/>
              <w:left w:val="nil"/>
              <w:bottom w:val="nil"/>
              <w:right w:val="nil"/>
              <w:insideH w:val="nil"/>
              <w:insideV w:val="nil"/>
            </w:tcBorders>
          </w:tcPr>
          <w:p>
            <w:pPr>
              <w:jc w:val="center"/>
            </w:pPr>
            <w:r>
              <w:br/>
              <w:br/>
              <w:br/>
              <w:t>_________________________________________</w:t>
            </w:r>
          </w:p>
        </w:tc>
        <w:tc>
          <w:tcPr>
            <w:tcW w:type="dxa" w:w="4986"/>
            <w:tcBorders>
              <w:top w:val="nil"/>
              <w:left w:val="nil"/>
              <w:bottom w:val="nil"/>
              <w:right w:val="nil"/>
              <w:insideH w:val="nil"/>
              <w:insideV w:val="nil"/>
            </w:tcBorders>
          </w:tcPr>
          <w:p>
            <w:pPr>
              <w:jc w:val="center"/>
            </w:pPr>
            <w:r>
              <w:br/>
              <w:br/>
              <w:br/>
              <w:t>_________________________________________</w:t>
            </w:r>
          </w:p>
        </w:tc>
      </w:tr>
      <w:tr>
        <w:tc>
          <w:tcPr>
            <w:tcW w:type="dxa" w:w="4986"/>
            <w:tcBorders>
              <w:top w:val="nil"/>
              <w:left w:val="nil"/>
              <w:bottom w:val="nil"/>
              <w:right w:val="nil"/>
              <w:insideH w:val="nil"/>
              <w:insideV w:val="nil"/>
            </w:tcBorders>
          </w:tcPr>
          <w:p>
            <w:pPr>
              <w:jc w:val="center"/>
            </w:pPr>
            <w:r>
              <w:t>Nome:</w:t>
              <w:br/>
              <w:t>Cargo:</w:t>
              <w:br/>
              <w:t>CPF/CNPJ:</w:t>
            </w:r>
          </w:p>
        </w:tc>
        <w:tc>
          <w:tcPr>
            <w:tcW w:type="dxa" w:w="4986"/>
            <w:tcBorders>
              <w:top w:val="nil"/>
              <w:left w:val="nil"/>
              <w:bottom w:val="nil"/>
              <w:right w:val="nil"/>
              <w:insideH w:val="nil"/>
              <w:insideV w:val="nil"/>
            </w:tcBorders>
          </w:tcPr>
          <w:p>
            <w:pPr>
              <w:jc w:val="center"/>
            </w:pPr>
            <w:r>
              <w:t>Nome:</w:t>
              <w:br/>
              <w:t>Cargo:</w:t>
              <w:br/>
              <w:t>CPF/CNPJ:</w:t>
            </w:r>
          </w:p>
        </w:tc>
      </w:tr>
    </w:tbl>
    <w:p>
      <w:r>
        <w:br w:type="page"/>
      </w:r>
    </w:p>
    <w:p>
      <w:pPr>
        <w:jc w:val="center"/>
      </w:pPr>
      <w:r>
        <w:rPr>
          <w:color w:val="555555"/>
          <w:sz w:val="24"/>
        </w:rPr>
        <w:t>Fonte original deste documento:</w:t>
      </w:r>
    </w:p>
    <w:p>
      <w:pPr>
        <w:jc w:val="center"/>
      </w:pPr>
      <w:hyperlink r:id="rId9">
        <w:r>
          <w:rPr>
            <w:color w:val="0000FF"/>
            <w:u w:val="single"/>
          </w:rPr>
          <w:t>https://adv-modelos.com/contrato-de-fornecimento/</w:t>
        </w:r>
      </w:hyperlink>
    </w:p>
    <w:p>
      <w:pPr>
        <w:jc w:val="center"/>
      </w:pPr>
      <w:r>
        <w:rPr>
          <w:color w:val="555555"/>
          <w:sz w:val="26"/>
        </w:rPr>
        <w:t>Este modelo foi útil para você?</w:t>
      </w:r>
    </w:p>
    <w:p>
      <w:pPr>
        <w:jc w:val="center"/>
      </w:pPr>
      <w:r>
        <w:rPr>
          <w:color w:val="555555"/>
          <w:sz w:val="26"/>
        </w:rPr>
        <w:t>Encontre outros modelos atualizados em:</w:t>
      </w:r>
    </w:p>
    <w:p>
      <w:pPr>
        <w:jc w:val="center"/>
      </w:pPr>
      <w:hyperlink r:id="rId10">
        <w:r>
          <w:rPr>
            <w:color w:val="0000FF"/>
            <w:u w:val="single"/>
          </w:rPr>
          <w:t>https://adv-modelos.com</w:t>
        </w:r>
      </w:hyperlink>
    </w:p>
    <w:p>
      <w:pPr>
        <w:jc w:val="center"/>
      </w:pPr>
      <w:r>
        <w:rPr>
          <w:color w:val="808080"/>
          <w:sz w:val="20"/>
        </w:rPr>
        <w:t>Este modelo é destinado exclusivamente para uso pessoal e não comercial.</w:t>
        <w:br/>
        <w:t>Ao compartilhar ou publicar, a citação da fonte é obrigatória. © adv-modelos.com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dv-modelos.com/contrato-de-fornecimento/" TargetMode="External"/><Relationship Id="rId10" Type="http://schemas.openxmlformats.org/officeDocument/2006/relationships/hyperlink" Target="https://adv-model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