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CONTRATO DE JOINT VENTURE</w:t>
      </w:r>
    </w:p>
    <w:p/>
    <w:p/>
    <w:p>
      <w:r>
        <w:rPr>
          <w:b w:val="0"/>
          <w:i w:val="0"/>
          <w:sz w:val="20"/>
        </w:rPr>
        <w:t>Pelo presente instrumento particular, as partes abaixo qualificadas:</w:t>
      </w:r>
    </w:p>
    <w:p/>
    <w:p>
      <w:r>
        <w:rPr>
          <w:b w:val="0"/>
          <w:i w:val="0"/>
          <w:sz w:val="20"/>
        </w:rPr>
        <w:t>1. [Nome da Primeira Parte], pessoa jurídica de direito privado, inscrita no CNPJ/MF sob o nº ____________, com sede na ________________________________, neste ato representada por seu(sua) representante legal, Sr.(a) ________________________________, portador(a) da cédula de identidade RG nº ____________, e CPF nº ____________, doravante denominada simplesmente “Primeira Parte”;</w:t>
      </w:r>
    </w:p>
    <w:p/>
    <w:p>
      <w:r>
        <w:rPr>
          <w:b w:val="0"/>
          <w:i w:val="0"/>
          <w:sz w:val="20"/>
        </w:rPr>
        <w:t>2. [Nome da Segunda Parte], pessoa jurídica de direito privado, inscrita no CNPJ/MF sob o nº ____________, com sede na ________________________________, neste ato representada por seu(sua) representante legal, Sr.(a) ________________________________, portador(a) da cédula de identidade RG nº ____________, e CPF nº ____________, doravante denominada simplesmente “Segunda Parte”;</w:t>
      </w:r>
    </w:p>
    <w:p/>
    <w:p>
      <w:r>
        <w:rPr>
          <w:b w:val="0"/>
          <w:i w:val="0"/>
          <w:sz w:val="20"/>
        </w:rPr>
        <w:t>Considerando que as partes desejam estabelecer entre si uma associação para a realização de empreendimento comum, na forma deste contrato, resolvem celebrar o presente Contrato de Joint Venture, que se regerá pelas seguintes cláusulas e condições:</w:t>
      </w:r>
    </w:p>
    <w:p/>
    <w:p/>
    <w:p>
      <w:r>
        <w:rPr>
          <w:b/>
          <w:sz w:val="22"/>
        </w:rPr>
        <w:t>CLÁUSULA PRIMEIRA – DO OBJETO</w:t>
      </w:r>
    </w:p>
    <w:p>
      <w:r>
        <w:rPr>
          <w:b w:val="0"/>
          <w:i w:val="0"/>
          <w:sz w:val="20"/>
        </w:rPr>
        <w:t>O presente contrato tem por objeto a associação entre as partes para a realização conjunta do empreendimento denominado ____________________________, cujo objetivo principal é ________________________________, conforme plano de negócios anexo.</w:t>
      </w:r>
    </w:p>
    <w:p/>
    <w:p>
      <w:r>
        <w:rPr>
          <w:b/>
          <w:sz w:val="22"/>
        </w:rPr>
        <w:t>CLÁUSULA SEGUNDA – DA DENOMINAÇÃO E SEDE</w:t>
      </w:r>
    </w:p>
    <w:p>
      <w:r>
        <w:rPr>
          <w:b w:val="0"/>
          <w:i w:val="0"/>
          <w:sz w:val="20"/>
        </w:rPr>
        <w:t>A joint venture será constituída sob a denominação ____________________________, com sede na ________________________________, podendo abrir filiais ou escritórios em outros locais, conforme deliberação conjunta das partes.</w:t>
      </w:r>
    </w:p>
    <w:p/>
    <w:p>
      <w:r>
        <w:rPr>
          <w:b/>
          <w:sz w:val="22"/>
        </w:rPr>
        <w:t>CLÁUSULA TERCEIRA – DA DURAÇÃO</w:t>
      </w:r>
    </w:p>
    <w:p>
      <w:r>
        <w:rPr>
          <w:b w:val="0"/>
          <w:i w:val="0"/>
          <w:sz w:val="20"/>
        </w:rPr>
        <w:t>O presente contrato terá duração de _____ (____) anos, iniciando-se na data de sua assinatura, podendo ser prorrogado mediante acordo por escrito entre as partes.</w:t>
      </w:r>
    </w:p>
    <w:p/>
    <w:p>
      <w:r>
        <w:rPr>
          <w:b/>
          <w:sz w:val="22"/>
        </w:rPr>
        <w:t>CLÁUSULA QUARTA – DO CAPITAL SOCIAL E PARTICIPAÇÃO</w:t>
      </w:r>
    </w:p>
    <w:p>
      <w:r>
        <w:rPr>
          <w:b w:val="0"/>
          <w:i w:val="0"/>
          <w:sz w:val="20"/>
        </w:rPr>
        <w:t>O capital social da joint venture será de R$ ____________, dividido em quotas da seguinte forma:</w:t>
      </w:r>
    </w:p>
    <w:p>
      <w:r>
        <w:rPr>
          <w:b w:val="0"/>
          <w:i w:val="0"/>
          <w:sz w:val="20"/>
        </w:rPr>
        <w:t>I - Primeira Parte: __________% (________ por cento);</w:t>
      </w:r>
    </w:p>
    <w:p>
      <w:r>
        <w:rPr>
          <w:b w:val="0"/>
          <w:i w:val="0"/>
          <w:sz w:val="20"/>
        </w:rPr>
        <w:t>II - Segunda Parte: __________% (________ por cento).</w:t>
      </w:r>
    </w:p>
    <w:p>
      <w:r>
        <w:rPr>
          <w:b w:val="0"/>
          <w:i w:val="0"/>
          <w:sz w:val="20"/>
        </w:rPr>
        <w:t>A integralização do capital será realizada conforme acordado entre as partes, podendo ser em dinheiro, bens ou serviços.</w:t>
      </w:r>
    </w:p>
    <w:p/>
    <w:p>
      <w:r>
        <w:rPr>
          <w:b/>
          <w:sz w:val="22"/>
        </w:rPr>
        <w:t>CLÁUSULA QUINTA – DA ADMINISTRAÇÃO</w:t>
      </w:r>
    </w:p>
    <w:p>
      <w:r>
        <w:rPr>
          <w:b w:val="0"/>
          <w:i w:val="0"/>
          <w:sz w:val="20"/>
        </w:rPr>
        <w:t>A administração da joint venture será exercida conjuntamente pelas partes, mediante a indicação de representantes com poderes para a gestão dos negócios, conforme definido em assembleia.</w:t>
      </w:r>
    </w:p>
    <w:p/>
    <w:p>
      <w:r>
        <w:rPr>
          <w:b/>
          <w:sz w:val="22"/>
        </w:rPr>
        <w:t>CLÁUSULA SEXTA – DAS OBRIGAÇÕES DAS PARTES</w:t>
      </w:r>
    </w:p>
    <w:p>
      <w:r>
        <w:rPr>
          <w:b w:val="0"/>
          <w:i w:val="0"/>
          <w:sz w:val="20"/>
        </w:rPr>
        <w:t>São obrigações das partes, dentre outras:</w:t>
      </w:r>
    </w:p>
    <w:p>
      <w:r>
        <w:rPr>
          <w:b w:val="0"/>
          <w:i w:val="0"/>
          <w:sz w:val="20"/>
        </w:rPr>
        <w:t>I - Contribuir com os recursos necessários para o desenvolvimento do empreendimento;</w:t>
      </w:r>
    </w:p>
    <w:p>
      <w:r>
        <w:rPr>
          <w:b w:val="0"/>
          <w:i w:val="0"/>
          <w:sz w:val="20"/>
        </w:rPr>
        <w:t>II - Participar das decisões relativas à gestão e operação da joint venture;</w:t>
      </w:r>
    </w:p>
    <w:p>
      <w:r>
        <w:rPr>
          <w:b w:val="0"/>
          <w:i w:val="0"/>
          <w:sz w:val="20"/>
        </w:rPr>
        <w:t>III - Manter confidencialidade sobre informações estratégicas e comerciais;</w:t>
      </w:r>
    </w:p>
    <w:p>
      <w:r>
        <w:rPr>
          <w:b w:val="0"/>
          <w:i w:val="0"/>
          <w:sz w:val="20"/>
        </w:rPr>
        <w:t>IV - Cumprir com as responsabilidades e obrigações legais e contratuais assumidas.</w:t>
      </w:r>
    </w:p>
    <w:p/>
    <w:p>
      <w:r>
        <w:rPr>
          <w:b/>
          <w:sz w:val="22"/>
        </w:rPr>
        <w:t>CLÁUSULA SÉTIMA – DA DIVISÃO DE RESULTADOS E PREJUÍZOS</w:t>
      </w:r>
    </w:p>
    <w:p>
      <w:r>
        <w:rPr>
          <w:b w:val="0"/>
          <w:i w:val="0"/>
          <w:sz w:val="20"/>
        </w:rPr>
        <w:t>Os resultados positivos e eventuais prejuízos decorrentes da atividade da joint venture serão distribuídos entre as partes na proporção de suas respectivas participações no capital social.</w:t>
      </w:r>
    </w:p>
    <w:p/>
    <w:p>
      <w:r>
        <w:rPr>
          <w:b/>
          <w:sz w:val="22"/>
        </w:rPr>
        <w:t>CLÁUSULA OITAVA – DO SIGILO E CONFIDENCIALIDADE</w:t>
      </w:r>
    </w:p>
    <w:p>
      <w:r>
        <w:rPr>
          <w:b w:val="0"/>
          <w:i w:val="0"/>
          <w:sz w:val="20"/>
        </w:rPr>
        <w:t>As partes obrigam-se a manter sigilo absoluto sobre todas as informações confidenciais a que tiverem acesso em decorrência deste contrato, não podendo divulgá-las a terceiros sem prévia autorização por escrito.</w:t>
      </w:r>
    </w:p>
    <w:p/>
    <w:p>
      <w:r>
        <w:rPr>
          <w:b/>
          <w:sz w:val="22"/>
        </w:rPr>
        <w:t>CLÁUSULA NONA – DA EXCLUSIVIDADE</w:t>
      </w:r>
    </w:p>
    <w:p>
      <w:r>
        <w:rPr>
          <w:b w:val="0"/>
          <w:i w:val="0"/>
          <w:sz w:val="20"/>
        </w:rPr>
        <w:t>As partes comprometem-se a não celebrar acordos ou contratos que concorram diretamente com o objeto desta joint venture, durante a vigência deste contrato, salvo mediante consentimento mútuo e por escrito.</w:t>
      </w:r>
    </w:p>
    <w:p/>
    <w:p>
      <w:r>
        <w:rPr>
          <w:b/>
          <w:sz w:val="22"/>
        </w:rPr>
        <w:t>CLÁUSULA DÉCIMA – DA RESPONSABILIDADE</w:t>
      </w:r>
    </w:p>
    <w:p>
      <w:r>
        <w:rPr>
          <w:b w:val="0"/>
          <w:i w:val="0"/>
          <w:sz w:val="20"/>
        </w:rPr>
        <w:t>Cada parte responderá pelos atos que praticar, eximindo a outra de quaisquer responsabilidades por obrigações assumidas unilateralmente, ressalvadas aquelas expressamente previstas neste contrato.</w:t>
      </w:r>
    </w:p>
    <w:p/>
    <w:p>
      <w:r>
        <w:rPr>
          <w:b/>
          <w:sz w:val="22"/>
        </w:rPr>
        <w:t>CLÁUSULA DÉCIMA PRIMEIRA – DA RESOLUÇÃO DE CONFLITOS</w:t>
      </w:r>
    </w:p>
    <w:p>
      <w:r>
        <w:rPr>
          <w:b w:val="0"/>
          <w:i w:val="0"/>
          <w:sz w:val="20"/>
        </w:rPr>
        <w:t>As partes elegem o foro da Comarca de ____________________, Estado de ______________, para dirimir quaisquer dúvidas ou controvérsias oriundas deste contrato, renunciando a qualquer outro, por mais privilegiado que seja.</w:t>
      </w:r>
    </w:p>
    <w:p/>
    <w:p>
      <w:r>
        <w:rPr>
          <w:b/>
          <w:sz w:val="22"/>
        </w:rPr>
        <w:t>CLÁUSULA DÉCIMA SEGUNDA – DA RESCISÃO</w:t>
      </w:r>
    </w:p>
    <w:p>
      <w:r>
        <w:rPr>
          <w:b w:val="0"/>
          <w:i w:val="0"/>
          <w:sz w:val="20"/>
        </w:rPr>
        <w:t>O presente contrato poderá ser rescindido por mútuo acordo entre as partes ou por iniciativa de uma delas, mediante notificação escrita com antecedência mínima de 60 (sessenta) dias, sem prejuízo do cumprimento das obrigações pendentes.</w:t>
      </w:r>
    </w:p>
    <w:p/>
    <w:p>
      <w:r>
        <w:rPr>
          <w:b/>
          <w:sz w:val="22"/>
        </w:rPr>
        <w:t>CLÁUSULA DÉCIMA TERCEIRA – DAS DISPOSIÇÕES GERAIS</w:t>
      </w:r>
    </w:p>
    <w:p>
      <w:r>
        <w:rPr>
          <w:b w:val="0"/>
          <w:i w:val="0"/>
          <w:sz w:val="20"/>
        </w:rPr>
        <w:t>I - Este contrato obriga as partes e seus sucessores;</w:t>
      </w:r>
    </w:p>
    <w:p>
      <w:r>
        <w:rPr>
          <w:b w:val="0"/>
          <w:i w:val="0"/>
          <w:sz w:val="20"/>
        </w:rPr>
        <w:t>II - Nenhuma alteração neste contrato terá validade se não realizada por escrito e assinada por ambas as partes;</w:t>
      </w:r>
    </w:p>
    <w:p>
      <w:r>
        <w:rPr>
          <w:b w:val="0"/>
          <w:i w:val="0"/>
          <w:sz w:val="20"/>
        </w:rPr>
        <w:t>III - A eventual nulidade ou invalidade de qualquer cláusula não afetará as demais disposições deste contrato.</w:t>
      </w:r>
    </w:p>
    <w:p/>
    <w:p/>
    <w:p>
      <w:r>
        <w:rPr>
          <w:b w:val="0"/>
          <w:i w:val="0"/>
          <w:sz w:val="20"/>
        </w:rPr>
        <w:t>E por estarem assim justas e contratadas, assinam o presente contrato em 2 (duas) vias de igual teor e forma, na presença das testemunhas abaixo.</w:t>
      </w:r>
    </w:p>
    <w:p/>
    <w:p/>
    <w:p/>
    <w:p>
      <w:pPr>
        <w:jc w:val="center"/>
      </w:pPr>
      <w:r>
        <w:t>__________________________________________</w:t>
      </w:r>
    </w:p>
    <w:p>
      <w:pPr>
        <w:jc w:val="center"/>
      </w:pPr>
      <w:r>
        <w:rPr>
          <w:b w:val="0"/>
          <w:i w:val="0"/>
          <w:sz w:val="20"/>
        </w:rPr>
        <w:t>[Nome da Primeira Parte]</w:t>
      </w:r>
    </w:p>
    <w:p>
      <w:pPr>
        <w:jc w:val="center"/>
      </w:pPr>
      <w:r>
        <w:rPr>
          <w:b w:val="0"/>
          <w:i w:val="0"/>
          <w:sz w:val="20"/>
        </w:rPr>
        <w:t>Representante Legal</w:t>
      </w:r>
    </w:p>
    <w:p/>
    <w:p/>
    <w:p>
      <w:pPr>
        <w:jc w:val="center"/>
      </w:pPr>
      <w:r>
        <w:t>__________________________________________</w:t>
      </w:r>
    </w:p>
    <w:p>
      <w:pPr>
        <w:jc w:val="center"/>
      </w:pPr>
      <w:r>
        <w:rPr>
          <w:b w:val="0"/>
          <w:i w:val="0"/>
          <w:sz w:val="20"/>
        </w:rPr>
        <w:t>[Nome da Segunda Parte]</w:t>
      </w:r>
    </w:p>
    <w:p>
      <w:pPr>
        <w:jc w:val="center"/>
      </w:pPr>
      <w:r>
        <w:rPr>
          <w:b w:val="0"/>
          <w:i w:val="0"/>
          <w:sz w:val="20"/>
        </w:rPr>
        <w:t>Representante Legal</w:t>
      </w:r>
    </w:p>
    <w:p/>
    <w:p/>
    <w:p/>
    <w:p>
      <w:r>
        <w:rPr>
          <w:b/>
          <w:i w:val="0"/>
          <w:sz w:val="20"/>
        </w:rPr>
        <w:t>TESTEMUNHAS:</w:t>
      </w:r>
    </w:p>
    <w:p/>
    <w:p>
      <w:pPr>
        <w:jc w:val="left"/>
      </w:pPr>
      <w:r>
        <w:t>1. ________________________________________</w:t>
      </w:r>
    </w:p>
    <w:p>
      <w:r>
        <w:rPr>
          <w:b/>
          <w:i w:val="0"/>
          <w:sz w:val="20"/>
        </w:rPr>
        <w:t>Nome:</w:t>
      </w:r>
    </w:p>
    <w:p>
      <w:r>
        <w:rPr>
          <w:b/>
          <w:i w:val="0"/>
          <w:sz w:val="20"/>
        </w:rPr>
        <w:t>CPF:</w:t>
      </w:r>
    </w:p>
    <w:p/>
    <w:p>
      <w:pPr>
        <w:jc w:val="left"/>
      </w:pPr>
      <w:r>
        <w:t>2. ________________________________________</w:t>
      </w:r>
    </w:p>
    <w:p>
      <w:r>
        <w:rPr>
          <w:b/>
          <w:i w:val="0"/>
          <w:sz w:val="20"/>
        </w:rPr>
        <w:t>Nome:</w:t>
      </w:r>
    </w:p>
    <w:p>
      <w:r>
        <w:rPr>
          <w:b/>
          <w:i w:val="0"/>
          <w:sz w:val="20"/>
        </w:rPr>
        <w:t>CPF:</w:t>
      </w:r>
    </w:p>
    <w:p/>
    <w:p>
      <w:r>
        <w:br w:type="page"/>
      </w:r>
    </w:p>
    <w:p>
      <w:pPr>
        <w:jc w:val="center"/>
      </w:pPr>
      <w:r>
        <w:rPr>
          <w:color w:val="555555"/>
          <w:sz w:val="24"/>
        </w:rPr>
        <w:t>Fonte original deste documento:</w:t>
      </w:r>
    </w:p>
    <w:p>
      <w:pPr>
        <w:jc w:val="center"/>
      </w:pPr>
      <w:hyperlink r:id="rId9">
        <w:r>
          <w:rPr>
            <w:color w:val="0000FF"/>
            <w:u w:val="single"/>
          </w:rPr>
          <w:t>https://adv-modelos.com/contrato-de-joint-venture/</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https://adv-modelos.com</w:t>
        </w:r>
      </w:hyperlink>
    </w:p>
    <w:p>
      <w:pPr>
        <w:jc w:val="center"/>
      </w:pPr>
      <w:r>
        <w:rPr>
          <w:color w:val="808080"/>
          <w:sz w:val="20"/>
        </w:rPr>
        <w:t>Este modelo é destinado exclusivamente para uso pessoal e não comercial.</w:t>
        <w:br/>
        <w:t>Ao compartilhar ou publicar, a citação da fonte é obrigatória. © adv-modelos.com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dv-modelos.com/contrato-de-joint-venture/" TargetMode="External"/><Relationship Id="rId10" Type="http://schemas.openxmlformats.org/officeDocument/2006/relationships/hyperlink" Target="https://adv-model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