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AUTÔNOMOS</w:t>
      </w:r>
    </w:p>
    <w:p/>
    <w:p/>
    <w:p>
      <w:pPr>
        <w:ind w:firstLine="425"/>
      </w:pPr>
      <w:r>
        <w:rPr>
          <w:b w:val="0"/>
          <w:i w:val="0"/>
          <w:sz w:val="20"/>
        </w:rPr>
        <w:t>Pelo presente instrumento particular, de um lado, como CONTRATANTE, __________________________________________, inscrito(a) no CPF sob nº ____________________, residente e domiciliado(a) à ________________________________________________________, e de outro lado, como CONTRATADO(A), ____________________________________________, portador(a) do CPF nº ____________________ e RG nº ____________________, residente e domiciliado(a) à ________________________________________________________, têm entre si justo e contratado o que segue, mediante as cláusulas e condições abaixo estipuladas.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pPr>
        <w:ind w:firstLine="425"/>
      </w:pPr>
      <w:r>
        <w:rPr>
          <w:b w:val="0"/>
          <w:i w:val="0"/>
          <w:sz w:val="20"/>
        </w:rPr>
        <w:t>O presente contrato tem como objeto a prestação, pelo CONTRATADO, dos serviços de natureza autônoma descritos a seguir:</w:t>
      </w:r>
    </w:p>
    <w:p>
      <w:pPr>
        <w:ind w:firstLine="425"/>
      </w:pPr>
      <w:r>
        <w:rPr>
          <w:b w:val="0"/>
          <w:i w:val="0"/>
          <w:sz w:val="20"/>
        </w:rPr>
        <w:t>_____________________________________________________________________________________</w:t>
      </w:r>
    </w:p>
    <w:p>
      <w:pPr>
        <w:ind w:firstLine="425"/>
      </w:pPr>
      <w:r>
        <w:rPr>
          <w:b w:val="0"/>
          <w:i w:val="0"/>
          <w:sz w:val="20"/>
        </w:rPr>
        <w:t>_____________________________________________________________________________________</w:t>
      </w:r>
    </w:p>
    <w:p>
      <w:pPr>
        <w:ind w:firstLine="425"/>
      </w:pPr>
      <w:r>
        <w:rPr>
          <w:b w:val="0"/>
          <w:i w:val="0"/>
          <w:sz w:val="20"/>
        </w:rPr>
        <w:t>_____________________________________________________________________________________</w:t>
      </w:r>
    </w:p>
    <w:p/>
    <w:p>
      <w:pPr>
        <w:jc w:val="left"/>
      </w:pPr>
      <w:r>
        <w:rPr>
          <w:b/>
          <w:sz w:val="22"/>
        </w:rPr>
        <w:t>CLÁUSULA 2ª – DAS OBRIGAÇÕES DO CONTRATADO</w:t>
      </w:r>
    </w:p>
    <w:p>
      <w:pPr>
        <w:ind w:firstLine="425"/>
      </w:pPr>
      <w:r>
        <w:rPr>
          <w:b w:val="0"/>
          <w:i w:val="0"/>
          <w:sz w:val="20"/>
        </w:rPr>
        <w:t>São obrigações do CONTRATADO:</w:t>
      </w:r>
    </w:p>
    <w:p>
      <w:pPr>
        <w:ind w:firstLine="425"/>
      </w:pPr>
      <w:r>
        <w:rPr>
          <w:b w:val="0"/>
          <w:i w:val="0"/>
          <w:sz w:val="20"/>
        </w:rPr>
        <w:t>a) Executar os serviços com zelo, diligência, responsabilidade e observância das normas técnicas aplicáveis;</w:t>
      </w:r>
    </w:p>
    <w:p>
      <w:pPr>
        <w:ind w:firstLine="425"/>
      </w:pPr>
      <w:r>
        <w:rPr>
          <w:b w:val="0"/>
          <w:i w:val="0"/>
          <w:sz w:val="20"/>
        </w:rPr>
        <w:t>b) Utilizar materiais e equipamentos adequados, quando for o caso;</w:t>
      </w:r>
    </w:p>
    <w:p>
      <w:pPr>
        <w:ind w:firstLine="425"/>
      </w:pPr>
      <w:r>
        <w:rPr>
          <w:b w:val="0"/>
          <w:i w:val="0"/>
          <w:sz w:val="20"/>
        </w:rPr>
        <w:t>c) Cumprir os prazos estabelecidos para a execução dos serviços;</w:t>
      </w:r>
    </w:p>
    <w:p>
      <w:pPr>
        <w:ind w:firstLine="425"/>
      </w:pPr>
      <w:r>
        <w:rPr>
          <w:b w:val="0"/>
          <w:i w:val="0"/>
          <w:sz w:val="20"/>
        </w:rPr>
        <w:t>d) Manter sigilo sobre as informações e documentos confidenciais do CONTRATANTE;</w:t>
      </w:r>
    </w:p>
    <w:p>
      <w:pPr>
        <w:ind w:firstLine="425"/>
      </w:pPr>
      <w:r>
        <w:rPr>
          <w:b w:val="0"/>
          <w:i w:val="0"/>
          <w:sz w:val="20"/>
        </w:rPr>
        <w:t>e) Responsabilizar-se por tributos, encargos sociais e trabalhistas decorrentes da execução do serviço;</w:t>
      </w:r>
    </w:p>
    <w:p/>
    <w:p>
      <w:pPr>
        <w:jc w:val="left"/>
      </w:pPr>
      <w:r>
        <w:rPr>
          <w:b/>
          <w:sz w:val="22"/>
        </w:rPr>
        <w:t>CLÁUSULA 3ª – DAS OBRIGAÇÕES DO CONTRATANTE</w:t>
      </w:r>
    </w:p>
    <w:p>
      <w:pPr>
        <w:ind w:firstLine="425"/>
      </w:pPr>
      <w:r>
        <w:rPr>
          <w:b w:val="0"/>
          <w:i w:val="0"/>
          <w:sz w:val="20"/>
        </w:rPr>
        <w:t>São obrigações do CONTRATANTE:</w:t>
      </w:r>
    </w:p>
    <w:p>
      <w:pPr>
        <w:ind w:firstLine="425"/>
      </w:pPr>
      <w:r>
        <w:rPr>
          <w:b w:val="0"/>
          <w:i w:val="0"/>
          <w:sz w:val="20"/>
        </w:rPr>
        <w:t>a) Fornecer todas as informações, documentos e condições necessárias para a execução dos serviços;</w:t>
      </w:r>
    </w:p>
    <w:p>
      <w:pPr>
        <w:ind w:firstLine="425"/>
      </w:pPr>
      <w:r>
        <w:rPr>
          <w:b w:val="0"/>
          <w:i w:val="0"/>
          <w:sz w:val="20"/>
        </w:rPr>
        <w:t>b) Efetuar o pagamento conforme estipulado neste contrato;</w:t>
      </w:r>
    </w:p>
    <w:p>
      <w:pPr>
        <w:ind w:firstLine="425"/>
      </w:pPr>
      <w:r>
        <w:rPr>
          <w:b w:val="0"/>
          <w:i w:val="0"/>
          <w:sz w:val="20"/>
        </w:rPr>
        <w:t>c) Não interferir na forma técnica e profissional da execução dos serviços pelo CONTRATADO;</w:t>
      </w:r>
    </w:p>
    <w:p/>
    <w:p>
      <w:pPr>
        <w:jc w:val="left"/>
      </w:pPr>
      <w:r>
        <w:rPr>
          <w:b/>
          <w:sz w:val="22"/>
        </w:rPr>
        <w:t>CLÁUSULA 4ª – DA REMUNERAÇÃO E FORMA DE PAGAMENTO</w:t>
      </w:r>
    </w:p>
    <w:p>
      <w:pPr>
        <w:ind w:firstLine="425"/>
      </w:pPr>
      <w:r>
        <w:rPr>
          <w:b w:val="0"/>
          <w:i w:val="0"/>
          <w:sz w:val="20"/>
        </w:rPr>
        <w:t>Pelos serviços descritos na Cláusula 1ª, o CONTRATANTE pagará ao CONTRATADO a quantia de R$ ________________, em ________________ (especificar forma e prazos de pagamento).</w:t>
      </w:r>
    </w:p>
    <w:p/>
    <w:p>
      <w:pPr>
        <w:jc w:val="left"/>
      </w:pPr>
      <w:r>
        <w:rPr>
          <w:b/>
          <w:sz w:val="22"/>
        </w:rPr>
        <w:t>CLÁUSULA 5ª – DO PRAZO</w:t>
      </w:r>
    </w:p>
    <w:p>
      <w:pPr>
        <w:ind w:firstLine="425"/>
      </w:pPr>
      <w:r>
        <w:rPr>
          <w:b w:val="0"/>
          <w:i w:val="0"/>
          <w:sz w:val="20"/>
        </w:rPr>
        <w:t>O prazo para execução dos serviços será de __________ dias/meses, contados a partir da assinatura deste contrato, podendo ser prorrogado mediante acordo entre as partes.</w:t>
      </w:r>
    </w:p>
    <w:p/>
    <w:p>
      <w:pPr>
        <w:jc w:val="left"/>
      </w:pPr>
      <w:r>
        <w:rPr>
          <w:b/>
          <w:sz w:val="22"/>
        </w:rPr>
        <w:t>CLÁUSULA 6ª – DA RESPONSABILIDADE</w:t>
      </w:r>
    </w:p>
    <w:p>
      <w:pPr>
        <w:ind w:firstLine="425"/>
      </w:pPr>
      <w:r>
        <w:rPr>
          <w:b w:val="0"/>
          <w:i w:val="0"/>
          <w:sz w:val="20"/>
        </w:rPr>
        <w:t>O CONTRATADO declara possuir condições técnicas e legais para a prestação dos serviços, sendo responsável por quaisquer danos que eventualmente vier a causar ao CONTRATANTE ou a terceiros, em decorrência de culpa ou dolo na execução do contrato.</w:t>
      </w:r>
    </w:p>
    <w:p/>
    <w:p>
      <w:pPr>
        <w:jc w:val="left"/>
      </w:pPr>
      <w:r>
        <w:rPr>
          <w:b/>
          <w:sz w:val="22"/>
        </w:rPr>
        <w:t>CLÁUSULA 7ª – DA AUSÊNCIA DE VÍNCULO EMPREGATÍCIO</w:t>
      </w:r>
    </w:p>
    <w:p>
      <w:pPr>
        <w:ind w:firstLine="425"/>
      </w:pPr>
      <w:r>
        <w:rPr>
          <w:b w:val="0"/>
          <w:i w:val="0"/>
          <w:sz w:val="20"/>
        </w:rPr>
        <w:t>O presente contrato não gera vínculo empregatício entre as partes, sendo o CONTRATADO responsável pelos seus encargos fiscais, previdenciários e trabalhistas.</w:t>
      </w:r>
    </w:p>
    <w:p/>
    <w:p>
      <w:pPr>
        <w:jc w:val="left"/>
      </w:pPr>
      <w:r>
        <w:rPr>
          <w:b/>
          <w:sz w:val="22"/>
        </w:rPr>
        <w:t>CLÁUSULA 8ª – DA RESCISÃO</w:t>
      </w:r>
    </w:p>
    <w:p>
      <w:pPr>
        <w:ind w:firstLine="425"/>
      </w:pPr>
      <w:r>
        <w:rPr>
          <w:b w:val="0"/>
          <w:i w:val="0"/>
          <w:sz w:val="20"/>
        </w:rPr>
        <w:t>O presente contrato poderá ser rescindido por qualquer das partes, mediante aviso prévio de 30 (trinta) dias, ou imediatamente, em caso de descumprimento das obrigações aqui pactuadas.</w:t>
      </w:r>
    </w:p>
    <w:p/>
    <w:p>
      <w:pPr>
        <w:jc w:val="left"/>
      </w:pPr>
      <w:r>
        <w:rPr>
          <w:b/>
          <w:sz w:val="22"/>
        </w:rPr>
        <w:t>CLÁUSULA 9ª – DO FORO</w:t>
      </w:r>
    </w:p>
    <w:p>
      <w:pPr>
        <w:ind w:firstLine="425"/>
      </w:pPr>
      <w:r>
        <w:rPr>
          <w:b w:val="0"/>
          <w:i w:val="0"/>
          <w:sz w:val="20"/>
        </w:rPr>
        <w:t>Para dirimir quaisquer controvérsias oriundas deste contrato, as partes elegem o foro da comarca de ____________________, com renúncia a qualquer outro, por mais privilegiado que seja.</w:t>
      </w:r>
    </w:p>
    <w:p/>
    <w:p/>
    <w:p>
      <w:pPr>
        <w:jc w:val="center"/>
      </w:pPr>
      <w:r>
        <w:rPr>
          <w:b w:val="0"/>
          <w:i w:val="0"/>
          <w:sz w:val="20"/>
        </w:rPr>
        <w:t>E por estarem justas e contratadas, firmam o presente instrumento em 2 (duas) vias de igual teor e forma.</w:t>
      </w:r>
    </w:p>
    <w:p/>
    <w:p/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CONTRATANTE</w:t>
              <w:br/>
              <w:t>Nome: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CONTRATADO(A)</w:t>
              <w:br/>
              <w:t>Nome: 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https://adv-modelos.com/contrato-de-prestacao-de-servico-autonomo/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trato-de-prestacao-de-servico-autonom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