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PRESTAÇÃO DE SERVIÇOS DE TRANSPORTE ESCOLAR</w:t>
      </w:r>
    </w:p>
    <w:p/>
    <w:p/>
    <w:p>
      <w:r>
        <w:rPr>
          <w:b w:val="0"/>
          <w:sz w:val="22"/>
        </w:rPr>
        <w:t>Pelo presente instrumento particular de contrato, de um lado,</w:t>
      </w:r>
    </w:p>
    <w:p>
      <w:r>
        <w:rPr>
          <w:b w:val="0"/>
          <w:sz w:val="22"/>
        </w:rPr>
        <w:t>CONTRATANTE: ____________________________________________________________, brasileiro(a), portador(a) do CPF nº ______________________ e RG nº ______________________, residente e domiciliado(a) à ________________________________________________________________, e de outro lado,</w:t>
      </w:r>
    </w:p>
    <w:p>
      <w:r>
        <w:rPr>
          <w:b w:val="0"/>
          <w:sz w:val="22"/>
        </w:rPr>
        <w:t>CONTRATADO: ____________________________________________________________, brasileiro(a), portador(a) do CPF nº ______________________ e RG nº ______________________, residente e domiciliado(a) à ________________________________________________________________, doravante denominados em conjunto PARTES, têm entre si justo e contratado o que segue: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sz w:val="22"/>
        </w:rPr>
        <w:t>O presente contrato tem por objeto a prestação de serviços de transporte escolar para o(s) aluno(s) abaixo qualificado(s), no percurso entre a residência do(s) aluno(s) e a instituição de ensino, bem como o retorno, conforme especificações e condições estabelecidas neste contrato.</w:t>
      </w:r>
    </w:p>
    <w:p/>
    <w:p>
      <w:pPr>
        <w:ind w:firstLine="425"/>
      </w:pPr>
      <w:r>
        <w:rPr>
          <w:b w:val="0"/>
          <w:sz w:val="22"/>
        </w:rPr>
        <w:t>Nome(s) do(s) aluno(s): _______________________________________________________</w:t>
      </w:r>
    </w:p>
    <w:p>
      <w:pPr>
        <w:ind w:firstLine="425"/>
      </w:pPr>
      <w:r>
        <w:rPr>
          <w:b w:val="0"/>
          <w:sz w:val="22"/>
        </w:rPr>
        <w:t>Instituição de ensino: ________________________________________________________</w:t>
      </w:r>
    </w:p>
    <w:p>
      <w:pPr>
        <w:ind w:firstLine="425"/>
      </w:pPr>
      <w:r>
        <w:rPr>
          <w:b w:val="0"/>
          <w:sz w:val="22"/>
        </w:rPr>
        <w:t>Endereço da residência: _______________________________________________________</w:t>
      </w:r>
    </w:p>
    <w:p>
      <w:pPr>
        <w:ind w:firstLine="425"/>
      </w:pPr>
      <w:r>
        <w:rPr>
          <w:b w:val="0"/>
          <w:sz w:val="22"/>
        </w:rPr>
        <w:t>Endereço da instituição de ensino: 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2ª – DAS OBRIGAÇÕES DO CONTRATADO</w:t>
      </w:r>
    </w:p>
    <w:p>
      <w:pPr>
        <w:ind w:firstLine="425"/>
      </w:pPr>
      <w:r>
        <w:rPr>
          <w:b w:val="0"/>
          <w:sz w:val="22"/>
        </w:rPr>
        <w:t>São obrigações do CONTRATADO:</w:t>
      </w:r>
    </w:p>
    <w:p>
      <w:pPr>
        <w:ind w:firstLine="425"/>
      </w:pPr>
      <w:r>
        <w:rPr>
          <w:b w:val="0"/>
          <w:sz w:val="22"/>
        </w:rPr>
        <w:t>a) Prestar o serviço de transporte escolar com segurança, pontualidade e responsabilidade, observando as normas de trânsito vigentes;</w:t>
      </w:r>
    </w:p>
    <w:p>
      <w:pPr>
        <w:ind w:firstLine="425"/>
      </w:pPr>
      <w:r>
        <w:rPr>
          <w:b w:val="0"/>
          <w:sz w:val="22"/>
        </w:rPr>
        <w:t>b) Utilizar veículo devidamente licenciado, em boas condições de uso, com seguro obrigatório e seguro contra terceiros;</w:t>
      </w:r>
    </w:p>
    <w:p>
      <w:pPr>
        <w:ind w:firstLine="425"/>
      </w:pPr>
      <w:r>
        <w:rPr>
          <w:b w:val="0"/>
          <w:sz w:val="22"/>
        </w:rPr>
        <w:t>c) Manter o veículo limpo e em perfeitas condições de higiene e manutenção;</w:t>
      </w:r>
    </w:p>
    <w:p>
      <w:pPr>
        <w:ind w:firstLine="425"/>
      </w:pPr>
      <w:r>
        <w:rPr>
          <w:b w:val="0"/>
          <w:sz w:val="22"/>
        </w:rPr>
        <w:t>d) Transportar apenas o(s) aluno(s) contratado(s) e demais pessoas autorizadas pelo CONTRATANTE;</w:t>
      </w:r>
    </w:p>
    <w:p>
      <w:pPr>
        <w:ind w:firstLine="425"/>
      </w:pPr>
      <w:r>
        <w:rPr>
          <w:b w:val="0"/>
          <w:sz w:val="22"/>
        </w:rPr>
        <w:t>e) Informar imediatamente ao CONTRATANTE qualquer ocorrência ou imprevisto que impeça a prestação do serviço;</w:t>
      </w:r>
    </w:p>
    <w:p>
      <w:pPr>
        <w:ind w:firstLine="425"/>
      </w:pPr>
      <w:r>
        <w:rPr>
          <w:b w:val="0"/>
          <w:sz w:val="22"/>
        </w:rPr>
        <w:t>f) Cumprir os horários estabelecidos para o transporte;</w:t>
      </w:r>
    </w:p>
    <w:p/>
    <w:p/>
    <w:p>
      <w:pPr>
        <w:jc w:val="left"/>
      </w:pPr>
      <w:r>
        <w:rPr>
          <w:b/>
          <w:sz w:val="22"/>
        </w:rPr>
        <w:t>CLÁUSULA 3ª – DAS OBRIGAÇÕES DO CONTRATANTE</w:t>
      </w:r>
    </w:p>
    <w:p>
      <w:pPr>
        <w:ind w:firstLine="425"/>
      </w:pPr>
      <w:r>
        <w:rPr>
          <w:b w:val="0"/>
          <w:sz w:val="22"/>
        </w:rPr>
        <w:t>São obrigações do CONTRATANTE:</w:t>
      </w:r>
    </w:p>
    <w:p>
      <w:pPr>
        <w:ind w:firstLine="425"/>
      </w:pPr>
      <w:r>
        <w:rPr>
          <w:b w:val="0"/>
          <w:sz w:val="22"/>
        </w:rPr>
        <w:t>a) Efetuar o pagamento do valor ajustado na forma e prazos estipulados neste contrato;</w:t>
      </w:r>
    </w:p>
    <w:p>
      <w:pPr>
        <w:ind w:firstLine="425"/>
      </w:pPr>
      <w:r>
        <w:rPr>
          <w:b w:val="0"/>
          <w:sz w:val="22"/>
        </w:rPr>
        <w:t>b) Informar ao CONTRATADO com antecedência mínima de 24 (vinte e quatro) horas qualquer alteração no itinerário ou horários;</w:t>
      </w:r>
    </w:p>
    <w:p>
      <w:pPr>
        <w:ind w:firstLine="425"/>
      </w:pPr>
      <w:r>
        <w:rPr>
          <w:b w:val="0"/>
          <w:sz w:val="22"/>
        </w:rPr>
        <w:t>c) Garantir o acesso seguro do(s) aluno(s) ao veículo e vice-versa;</w:t>
      </w:r>
    </w:p>
    <w:p>
      <w:pPr>
        <w:ind w:firstLine="425"/>
      </w:pPr>
      <w:r>
        <w:rPr>
          <w:b w:val="0"/>
          <w:sz w:val="22"/>
        </w:rPr>
        <w:t>d) Fornecer informações verdadeiras e completas sobre o(s) aluno(s) e as condições do transporte;</w:t>
      </w:r>
    </w:p>
    <w:p>
      <w:pPr>
        <w:ind w:firstLine="425"/>
      </w:pPr>
      <w:r>
        <w:rPr>
          <w:b w:val="0"/>
          <w:sz w:val="22"/>
        </w:rPr>
        <w:t>e) Comunicar imediatamente qualquer alteração nos dados cadastrais ou contato;</w:t>
      </w:r>
    </w:p>
    <w:p/>
    <w:p/>
    <w:p>
      <w:pPr>
        <w:jc w:val="left"/>
      </w:pPr>
      <w:r>
        <w:rPr>
          <w:b/>
          <w:sz w:val="22"/>
        </w:rPr>
        <w:t>CLÁUSULA 4ª – DO VALOR E FORMA DE PAGAMENTO</w:t>
      </w:r>
    </w:p>
    <w:p>
      <w:r>
        <w:rPr>
          <w:b w:val="0"/>
          <w:sz w:val="22"/>
        </w:rPr>
        <w:t>O CONTRATANTE pagará ao CONTRATADO o valor mensal de R$ ______________________ (__________________________), referente aos serviços prestados.</w:t>
      </w:r>
    </w:p>
    <w:p>
      <w:r>
        <w:rPr>
          <w:b w:val="0"/>
          <w:sz w:val="22"/>
        </w:rPr>
        <w:t>O pagamento será efetuado até o dia ____ de cada mês, através de ____________________________________________________ (especificar meio de pagamento).</w:t>
      </w:r>
    </w:p>
    <w:p>
      <w:r>
        <w:rPr>
          <w:b w:val="0"/>
          <w:sz w:val="22"/>
        </w:rPr>
        <w:t>Em caso de atraso no pagamento superior a 5 (cinco) dias, incidirá multa de 2% (dois por cento) sobre o valor devido, acrescido de juros moratórios de 1% (um por cento) ao mês.</w:t>
      </w:r>
    </w:p>
    <w:p/>
    <w:p/>
    <w:p>
      <w:pPr>
        <w:jc w:val="left"/>
      </w:pPr>
      <w:r>
        <w:rPr>
          <w:b/>
          <w:sz w:val="22"/>
        </w:rPr>
        <w:t>CLÁUSULA 5ª – DO PRAZO</w:t>
      </w:r>
    </w:p>
    <w:p>
      <w:r>
        <w:rPr>
          <w:b w:val="0"/>
          <w:sz w:val="22"/>
        </w:rPr>
        <w:t>O presente contrato terá prazo de vigência de ____ (__________) meses, iniciando-se em _______________ e encerrando-se em ________________, podendo ser renovado mediante acordo entre as PARTES.</w:t>
      </w:r>
    </w:p>
    <w:p/>
    <w:p/>
    <w:p>
      <w:pPr>
        <w:jc w:val="left"/>
      </w:pPr>
      <w:r>
        <w:rPr>
          <w:b/>
          <w:sz w:val="22"/>
        </w:rPr>
        <w:t>CLÁUSULA 6ª – DA RESCISÃO</w:t>
      </w:r>
    </w:p>
    <w:p>
      <w:r>
        <w:rPr>
          <w:b w:val="0"/>
          <w:sz w:val="22"/>
        </w:rPr>
        <w:t>O presente contrato poderá ser rescindido por qualquer das PARTES, mediante notificação escrita com antecedência mínima de 30 (trinta) dias.</w:t>
      </w:r>
    </w:p>
    <w:p>
      <w:r>
        <w:rPr>
          <w:b w:val="0"/>
          <w:sz w:val="22"/>
        </w:rPr>
        <w:t>Em caso de descumprimento de quaisquer cláusulas aqui pactuadas, a parte prejudicada poderá rescindir o contrato imediatamente, sem prejuízo da cobrança de eventuais perdas e danos.</w:t>
      </w:r>
    </w:p>
    <w:p/>
    <w:p/>
    <w:p>
      <w:pPr>
        <w:jc w:val="left"/>
      </w:pPr>
      <w:r>
        <w:rPr>
          <w:b/>
          <w:sz w:val="22"/>
        </w:rPr>
        <w:t>CLÁUSULA 7ª – DA RESPONSABILIDADE</w:t>
      </w:r>
    </w:p>
    <w:p>
      <w:r>
        <w:rPr>
          <w:b w:val="0"/>
          <w:sz w:val="22"/>
        </w:rPr>
        <w:t>O CONTRATADO responderá pela integridade física do(s) aluno(s) durante o transporte, devendo adotar todas as medidas necessárias para garantir sua segurança.</w:t>
      </w:r>
    </w:p>
    <w:p>
      <w:r>
        <w:rPr>
          <w:b w:val="0"/>
          <w:sz w:val="22"/>
        </w:rPr>
        <w:t>O CONTRATANTE exime o CONTRATADO de responsabilidade por fatos alheios à sua vontade, como acidentes provocados por terceiros ou casos fortuitos e força maior.</w:t>
      </w:r>
    </w:p>
    <w:p/>
    <w:p/>
    <w:p>
      <w:pPr>
        <w:jc w:val="left"/>
      </w:pPr>
      <w:r>
        <w:rPr>
          <w:b/>
          <w:sz w:val="22"/>
        </w:rPr>
        <w:t>CLÁUSULA 8ª – DAS CONDIÇÕES GERAIS</w:t>
      </w:r>
    </w:p>
    <w:p>
      <w:r>
        <w:rPr>
          <w:b w:val="0"/>
          <w:sz w:val="22"/>
        </w:rPr>
        <w:t>É vedado ao CONTRATADO transportar pessoas estranhas ao contrato ou realizar paradas não autorizadas.</w:t>
      </w:r>
    </w:p>
    <w:p>
      <w:r>
        <w:rPr>
          <w:b w:val="0"/>
          <w:sz w:val="22"/>
        </w:rPr>
        <w:t>O descumprimento das cláusulas deste contrato poderá acarretar na sua rescisão e responsabilização da parte inadimplente.</w:t>
      </w:r>
    </w:p>
    <w:p>
      <w:r>
        <w:rPr>
          <w:b w:val="0"/>
          <w:sz w:val="22"/>
        </w:rPr>
        <w:t>As PARTES elegem o foro da comarca de ______________________________ para dirimir quaisquer controvérsias oriundas deste contrato.</w:t>
      </w:r>
    </w:p>
    <w:p/>
    <w:p/>
    <w:p>
      <w:pPr>
        <w:jc w:val="left"/>
      </w:pPr>
      <w:r>
        <w:rPr>
          <w:b/>
          <w:sz w:val="22"/>
        </w:rPr>
        <w:t>CLÁUSULA 9ª – DO SIGILO E PRIVACIDADE</w:t>
      </w:r>
    </w:p>
    <w:p>
      <w:r>
        <w:rPr>
          <w:b w:val="0"/>
          <w:sz w:val="22"/>
        </w:rPr>
        <w:t>O CONTRATADO compromete-se a guardar sigilo sobre quaisquer informações pessoais do(s) aluno(s) e do CONTRATANTE obtidas em razão deste contrato.</w:t>
      </w:r>
    </w:p>
    <w:p/>
    <w:p/>
    <w:p/>
    <w:p>
      <w:r>
        <w:rPr>
          <w:b w:val="0"/>
          <w:sz w:val="22"/>
        </w:rPr>
        <w:t>E, por estarem assim justas e contratadas, firmam o presente contrato em 2 (duas) vias de igual teor e forma, na presença de duas testemunhas.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Assinatura: ___________________________________</w:t>
            </w:r>
          </w:p>
        </w:tc>
      </w:tr>
    </w:tbl>
    <w:p/>
    <w:p/>
    <w:p>
      <w:r>
        <w:rPr>
          <w:b/>
          <w:sz w:val="22"/>
        </w:rPr>
        <w:t>TESTEMUNHAS:</w:t>
      </w:r>
    </w:p>
    <w:p>
      <w:pPr>
        <w:ind w:firstLine="425"/>
      </w:pPr>
      <w:r>
        <w:rPr>
          <w:b w:val="0"/>
          <w:sz w:val="22"/>
        </w:rPr>
        <w:t>1) Nome: _______________________________________  CPF: _________________________  Assinatura: _______________________________</w:t>
      </w:r>
    </w:p>
    <w:p>
      <w:pPr>
        <w:ind w:firstLine="425"/>
      </w:pPr>
      <w:r>
        <w:rPr>
          <w:b w:val="0"/>
          <w:sz w:val="22"/>
        </w:rPr>
        <w:t>2) Nome: _______________________________________  CPF: _________________________  Assinatura: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https://adv-modelos.com/contrato-de-transporte-escolar/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de-transporte-escolar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