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INFLUENCER DIGITAL</w:t>
      </w:r>
    </w:p>
    <w:p/>
    <w:p/>
    <w:p>
      <w:r>
        <w:rPr>
          <w:b w:val="0"/>
          <w:sz w:val="20"/>
        </w:rPr>
        <w:t>Pelo presente instrumento particular de contrato de prestação de serviços, de um lado:</w:t>
      </w:r>
    </w:p>
    <w:p/>
    <w:p>
      <w:pPr>
        <w:ind w:firstLine="425"/>
      </w:pPr>
      <w:r>
        <w:rPr>
          <w:b/>
          <w:sz w:val="20"/>
        </w:rPr>
        <w:t>CONTRATANTE: ________________________________________________________________,</w:t>
      </w:r>
    </w:p>
    <w:p>
      <w:pPr>
        <w:ind w:firstLine="425"/>
      </w:pPr>
      <w:r>
        <w:rPr>
          <w:b w:val="0"/>
          <w:sz w:val="20"/>
        </w:rPr>
        <w:t>Pessoa jurídica de direito privado, inscrita no CNPJ sob nº ____________________, com sede na ____________________________________________________, neste ato representada por seu representante legal ________________________________, portador da cédula de identidade RG nº _______________ e CPF nº _______________, doravante denominada simplesmente “CONTRATANTE”.</w:t>
      </w:r>
    </w:p>
    <w:p/>
    <w:p>
      <w:r>
        <w:rPr>
          <w:b w:val="0"/>
          <w:sz w:val="20"/>
        </w:rPr>
        <w:t>E de outro lado:</w:t>
      </w:r>
    </w:p>
    <w:p/>
    <w:p>
      <w:pPr>
        <w:ind w:firstLine="425"/>
      </w:pPr>
      <w:r>
        <w:rPr>
          <w:b/>
          <w:sz w:val="20"/>
        </w:rPr>
        <w:t>CONTRATADO(A) (INFLUENCER): __________________________________________________</w:t>
      </w:r>
    </w:p>
    <w:p>
      <w:pPr>
        <w:ind w:firstLine="425"/>
      </w:pPr>
      <w:r>
        <w:rPr>
          <w:b w:val="0"/>
          <w:sz w:val="20"/>
        </w:rPr>
        <w:t>Pessoa física, inscrito(a) no CPF sob nº ________________, residente e domiciliado(a) à ________________________________________________________________, doravante denominado(a) simplesmente “INFLUENCER”.</w:t>
      </w:r>
    </w:p>
    <w:p/>
    <w:p/>
    <w:p>
      <w:r>
        <w:rPr>
          <w:b/>
          <w:sz w:val="22"/>
        </w:rPr>
        <w:t>CLÁUSULA 1 – OBJETO DO CONTRATO</w:t>
      </w:r>
    </w:p>
    <w:p/>
    <w:p>
      <w:pPr>
        <w:ind w:firstLine="425"/>
      </w:pPr>
      <w:r>
        <w:rPr>
          <w:b w:val="0"/>
          <w:sz w:val="20"/>
        </w:rPr>
        <w:t>1.1. O presente contrato tem por objeto a prestação de serviços de divulgação, promoção e marketing digital pelo(a) INFLUENCER, por meio de suas redes sociais e canais digitais, conforme as condições aqui estabelecidas.</w:t>
      </w:r>
    </w:p>
    <w:p/>
    <w:p/>
    <w:p>
      <w:r>
        <w:rPr>
          <w:b/>
          <w:sz w:val="22"/>
        </w:rPr>
        <w:t>CLÁUSULA 2 – OBRIGAÇÕES DO(A) INFLUENCER</w:t>
      </w:r>
    </w:p>
    <w:p/>
    <w:p>
      <w:pPr>
        <w:ind w:firstLine="425"/>
      </w:pPr>
      <w:r>
        <w:rPr>
          <w:b w:val="0"/>
          <w:sz w:val="20"/>
        </w:rPr>
        <w:t>2.1. O(A) INFLUENCER se obriga a:</w:t>
      </w:r>
    </w:p>
    <w:p>
      <w:pPr>
        <w:ind w:firstLine="425"/>
      </w:pPr>
      <w:r>
        <w:rPr>
          <w:b w:val="0"/>
          <w:sz w:val="20"/>
        </w:rPr>
        <w:t>a) Criar e publicar conteúdos originais relacionados aos produtos/serviços da CONTRATANTE;</w:t>
      </w:r>
    </w:p>
    <w:p>
      <w:pPr>
        <w:ind w:firstLine="425"/>
      </w:pPr>
      <w:r>
        <w:rPr>
          <w:b w:val="0"/>
          <w:sz w:val="20"/>
        </w:rPr>
        <w:t>b) Respeitar o briefing e orientações fornecidas pela CONTRATANTE;</w:t>
      </w:r>
    </w:p>
    <w:p>
      <w:pPr>
        <w:ind w:firstLine="425"/>
      </w:pPr>
      <w:r>
        <w:rPr>
          <w:b w:val="0"/>
          <w:sz w:val="20"/>
        </w:rPr>
        <w:t>c) Observar as normas do CONAR e demais legislações aplicáveis, em especial a Lei nº 12.965/2014 (Marco Civil da Internet) e o Código de Defesa do Consumidor;</w:t>
      </w:r>
    </w:p>
    <w:p>
      <w:pPr>
        <w:ind w:firstLine="425"/>
      </w:pPr>
      <w:r>
        <w:rPr>
          <w:b w:val="0"/>
          <w:sz w:val="20"/>
        </w:rPr>
        <w:t>d) Identificar claramente o caráter publicitário dos conteúdos, conforme as diretrizes do Conselho Nacional de Autorregulamentação Publicitária (CONAR) e do Código Brasileiro de Autorregulamentação Publicitária, utilizando hashtags ou menções adequadas (ex. #publi, #ad).</w:t>
      </w:r>
    </w:p>
    <w:p>
      <w:pPr>
        <w:ind w:firstLine="425"/>
      </w:pPr>
      <w:r>
        <w:rPr>
          <w:b w:val="0"/>
          <w:sz w:val="20"/>
        </w:rPr>
        <w:t>e) Manter sigilo sobre informações confidenciais da CONTRATANTE, durante e após a vigência do contrato.</w:t>
      </w:r>
    </w:p>
    <w:p/>
    <w:p/>
    <w:p>
      <w:r>
        <w:rPr>
          <w:b/>
          <w:sz w:val="22"/>
        </w:rPr>
        <w:t>CLÁUSULA 3 – OBRIGAÇÕES DA CONTRATANTE</w:t>
      </w:r>
    </w:p>
    <w:p/>
    <w:p>
      <w:pPr>
        <w:ind w:firstLine="425"/>
      </w:pPr>
      <w:r>
        <w:rPr>
          <w:b w:val="0"/>
          <w:sz w:val="20"/>
        </w:rPr>
        <w:t>3.1. A CONTRATANTE se obriga a:</w:t>
      </w:r>
    </w:p>
    <w:p>
      <w:pPr>
        <w:ind w:firstLine="425"/>
      </w:pPr>
      <w:r>
        <w:rPr>
          <w:b w:val="0"/>
          <w:sz w:val="20"/>
        </w:rPr>
        <w:t>a) Fornecer o briefing, materiais, informações e orientações necessárias para a execução dos serviços;</w:t>
      </w:r>
    </w:p>
    <w:p>
      <w:pPr>
        <w:ind w:firstLine="425"/>
      </w:pPr>
      <w:r>
        <w:rPr>
          <w:b w:val="0"/>
          <w:sz w:val="20"/>
        </w:rPr>
        <w:t>b) Efetuar o pagamento conforme estipulado neste contrato;</w:t>
      </w:r>
    </w:p>
    <w:p>
      <w:pPr>
        <w:ind w:firstLine="425"/>
      </w:pPr>
      <w:r>
        <w:rPr>
          <w:b w:val="0"/>
          <w:sz w:val="20"/>
        </w:rPr>
        <w:t>c) Respeitar o calendário e prazos acordados para as publicações e demais ações;</w:t>
      </w:r>
    </w:p>
    <w:p/>
    <w:p/>
    <w:p>
      <w:r>
        <w:rPr>
          <w:b/>
          <w:sz w:val="22"/>
        </w:rPr>
        <w:t>CLÁUSULA 4 – REMUNERAÇÃO E FORMA DE PAGAMENTO</w:t>
      </w:r>
    </w:p>
    <w:p/>
    <w:p>
      <w:pPr>
        <w:ind w:firstLine="425"/>
      </w:pPr>
      <w:r>
        <w:rPr>
          <w:b w:val="0"/>
          <w:sz w:val="20"/>
        </w:rPr>
        <w:t>4.1. Pela prestação dos serviços objeto deste contrato, a CONTRATANTE pagará ao(à) INFLUENCER o valor total de R$ ______________ (__________________________), conforme as seguintes condições:</w:t>
      </w:r>
    </w:p>
    <w:p>
      <w:pPr>
        <w:ind w:firstLine="425"/>
      </w:pPr>
      <w:r>
        <w:rPr>
          <w:b w:val="0"/>
          <w:sz w:val="20"/>
        </w:rPr>
        <w:t>a) Pagamento será realizado em ______________ parcelas, no valor de R$ ______________ cada, mediante ___________________________________________________________.</w:t>
      </w:r>
    </w:p>
    <w:p>
      <w:pPr>
        <w:ind w:firstLine="425"/>
      </w:pPr>
      <w:r>
        <w:rPr>
          <w:b w:val="0"/>
          <w:sz w:val="20"/>
        </w:rPr>
        <w:t>b) O pagamento será efetuado mediante transferência bancária para a conta do(a) INFLUENCER, cujos dados serão fornecidos oportunamente.</w:t>
      </w:r>
    </w:p>
    <w:p/>
    <w:p/>
    <w:p>
      <w:r>
        <w:rPr>
          <w:b/>
          <w:sz w:val="22"/>
        </w:rPr>
        <w:t>CLÁUSULA 5 – PRAZO DE VIGÊNCIA</w:t>
      </w:r>
    </w:p>
    <w:p/>
    <w:p>
      <w:pPr>
        <w:ind w:firstLine="425"/>
      </w:pPr>
      <w:r>
        <w:rPr>
          <w:b w:val="0"/>
          <w:sz w:val="20"/>
        </w:rPr>
        <w:t>5.1. O presente contrato terá vigência de ______________ meses, com início na data da assinatura pelas partes.</w:t>
      </w:r>
    </w:p>
    <w:p>
      <w:pPr>
        <w:ind w:firstLine="425"/>
      </w:pPr>
      <w:r>
        <w:rPr>
          <w:b w:val="0"/>
          <w:sz w:val="20"/>
        </w:rPr>
        <w:t>5.2. O contrato poderá ser rescindido antecipadamente por qualquer das partes, mediante comunicação escrita com antecedência mínima de 30 (trinta) dias.</w:t>
      </w:r>
    </w:p>
    <w:p/>
    <w:p/>
    <w:p>
      <w:r>
        <w:rPr>
          <w:b/>
          <w:sz w:val="22"/>
        </w:rPr>
        <w:t>CLÁUSULA 6 – DIREITOS AUTORAIS E DE IMAGEM</w:t>
      </w:r>
    </w:p>
    <w:p/>
    <w:p>
      <w:pPr>
        <w:ind w:firstLine="425"/>
      </w:pPr>
      <w:r>
        <w:rPr>
          <w:b w:val="0"/>
          <w:sz w:val="20"/>
        </w:rPr>
        <w:t>6.1. O(A) INFLUENCER cede à CONTRATANTE, de forma não exclusiva e por prazo indeterminado, os direitos de uso de imagem e voz nos conteúdos produzidos para fins de divulgação dos produtos/serviços contratados.</w:t>
      </w:r>
    </w:p>
    <w:p>
      <w:pPr>
        <w:ind w:firstLine="425"/>
      </w:pPr>
      <w:r>
        <w:rPr>
          <w:b w:val="0"/>
          <w:sz w:val="20"/>
        </w:rPr>
        <w:t>6.2. O uso dos conteúdos pelo CONTRATANTE será restrito às finalidades previstas neste contrato, vedada a cessão ou sublicenciamento a terceiros sem consentimento prévio do(a) INFLUENCER.</w:t>
      </w:r>
    </w:p>
    <w:p/>
    <w:p/>
    <w:p>
      <w:r>
        <w:rPr>
          <w:b/>
          <w:sz w:val="22"/>
        </w:rPr>
        <w:t>CLÁUSULA 7 – CONFIDENCIALIDADE</w:t>
      </w:r>
    </w:p>
    <w:p/>
    <w:p>
      <w:pPr>
        <w:ind w:firstLine="425"/>
      </w:pPr>
      <w:r>
        <w:rPr>
          <w:b w:val="0"/>
          <w:sz w:val="20"/>
        </w:rPr>
        <w:t>7.1. As partes obrigam-se a manter sigilo sobre todas as informações confidenciais obtidas em razão deste contrato, não as divulgando a terceiros sem autorização prévia e por escrito.</w:t>
      </w:r>
    </w:p>
    <w:p/>
    <w:p/>
    <w:p>
      <w:r>
        <w:rPr>
          <w:b/>
          <w:sz w:val="22"/>
        </w:rPr>
        <w:t>CLÁUSULA 8 – RESPONSABILIDADES</w:t>
      </w:r>
    </w:p>
    <w:p/>
    <w:p>
      <w:pPr>
        <w:ind w:firstLine="425"/>
      </w:pPr>
      <w:r>
        <w:rPr>
          <w:b w:val="0"/>
          <w:sz w:val="20"/>
        </w:rPr>
        <w:t>8.1. O(A) INFLUENCER declara que os conteúdos produzidos são originais e não infringem direitos de terceiros.</w:t>
      </w:r>
    </w:p>
    <w:p>
      <w:pPr>
        <w:ind w:firstLine="425"/>
      </w:pPr>
      <w:r>
        <w:rPr>
          <w:b w:val="0"/>
          <w:sz w:val="20"/>
        </w:rPr>
        <w:t>8.2. A CONTRATANTE isenta o(a) INFLUENCER de qualquer responsabilidade por eventuais danos diretos ou indiretos decorrentes do uso inadequado dos conteúdos divulgados.</w:t>
      </w:r>
    </w:p>
    <w:p/>
    <w:p/>
    <w:p>
      <w:r>
        <w:rPr>
          <w:b/>
          <w:sz w:val="22"/>
        </w:rPr>
        <w:t>CLÁUSULA 9 – RESCISÃO CONTRATUAL</w:t>
      </w:r>
    </w:p>
    <w:p/>
    <w:p>
      <w:pPr>
        <w:ind w:firstLine="425"/>
      </w:pPr>
      <w:r>
        <w:rPr>
          <w:b w:val="0"/>
          <w:sz w:val="20"/>
        </w:rPr>
        <w:t>9.1. O presente contrato poderá ser rescindido sem ônus em caso de descumprimento de quaisquer cláusulas pactuadas.</w:t>
      </w:r>
    </w:p>
    <w:p>
      <w:pPr>
        <w:ind w:firstLine="425"/>
      </w:pPr>
      <w:r>
        <w:rPr>
          <w:b w:val="0"/>
          <w:sz w:val="20"/>
        </w:rPr>
        <w:t>9.2. Em caso de rescisão antecipada por parte da CONTRATANTE sem justa causa, caberá o pagamento proporcional pelos serviços já prestados.</w:t>
      </w:r>
    </w:p>
    <w:p/>
    <w:p/>
    <w:p>
      <w:r>
        <w:rPr>
          <w:b/>
          <w:sz w:val="22"/>
        </w:rPr>
        <w:t>CLÁUSULA 10 – DISPOSIÇÕES GERAIS</w:t>
      </w:r>
    </w:p>
    <w:p/>
    <w:p>
      <w:pPr>
        <w:ind w:firstLine="425"/>
      </w:pPr>
      <w:r>
        <w:rPr>
          <w:b w:val="0"/>
          <w:sz w:val="20"/>
        </w:rPr>
        <w:t>10.1. Este contrato não cria vínculo empregatício, societário ou de representação entre as partes, regendo-se exclusivamente pelas condições aqui estipuladas e pela legislação vigente.</w:t>
      </w:r>
    </w:p>
    <w:p>
      <w:pPr>
        <w:ind w:firstLine="425"/>
      </w:pPr>
      <w:r>
        <w:rPr>
          <w:b w:val="0"/>
          <w:sz w:val="20"/>
        </w:rPr>
        <w:t>10.2. Eventuais alterações deste contrato somente serão válidas se formalizadas por escrito e assinadas por ambas as partes.</w:t>
      </w:r>
    </w:p>
    <w:p/>
    <w:p/>
    <w:p>
      <w:r>
        <w:rPr>
          <w:b/>
          <w:sz w:val="22"/>
        </w:rPr>
        <w:t>CLÁUSULA 11 – FORO</w:t>
      </w:r>
    </w:p>
    <w:p/>
    <w:p>
      <w:pPr>
        <w:ind w:firstLine="425"/>
      </w:pPr>
      <w:r>
        <w:rPr>
          <w:b w:val="0"/>
          <w:sz w:val="20"/>
        </w:rPr>
        <w:t>11.1. Para dirimir quaisquer controvérsias oriundas deste contrato, as partes elegem o foro da comarca de ____________________________, com renúncia expressa a qualquer outro, por mais privilegiado que seja.</w:t>
      </w:r>
    </w:p>
    <w:p/>
    <w:p/>
    <w:p/>
    <w:p/>
    <w:p>
      <w:pPr>
        <w:jc w:val="center"/>
      </w:pPr>
      <w:r>
        <w:rPr>
          <w:b w:val="0"/>
          <w:sz w:val="20"/>
        </w:rPr>
        <w:t>E, por estarem assim justos e contratados, firmam o presente contrato em 2 (duas) vias de igual teor e forma.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                      ______________________________</w:t>
      </w:r>
    </w:p>
    <w:p>
      <w:pPr>
        <w:jc w:val="center"/>
      </w:pPr>
      <w:r>
        <w:rPr>
          <w:b w:val="0"/>
          <w:sz w:val="20"/>
        </w:rPr>
        <w:t>CONTRATANTE                                                   INFLUENCER</w:t>
      </w:r>
    </w:p>
    <w:p/>
    <w:p/>
    <w:p>
      <w:r>
        <w:rPr>
          <w:b/>
          <w:sz w:val="20"/>
        </w:rPr>
        <w:t>Testemunhas:</w:t>
      </w:r>
    </w:p>
    <w:p/>
    <w:p>
      <w:pPr>
        <w:ind w:firstLine="425"/>
      </w:pPr>
      <w:r>
        <w:rPr>
          <w:b w:val="0"/>
          <w:sz w:val="20"/>
        </w:rPr>
        <w:t>1) Nome: ___________________________________  CPF: ____________________________</w:t>
      </w:r>
    </w:p>
    <w:p>
      <w:pPr>
        <w:ind w:firstLine="425"/>
      </w:pPr>
      <w:r>
        <w:rPr>
          <w:b w:val="0"/>
          <w:sz w:val="20"/>
        </w:rPr>
        <w:t>Assinatura: _______________________________________________</w:t>
      </w:r>
    </w:p>
    <w:p/>
    <w:p>
      <w:pPr>
        <w:ind w:firstLine="425"/>
      </w:pPr>
      <w:r>
        <w:rPr>
          <w:b w:val="0"/>
          <w:sz w:val="20"/>
        </w:rPr>
        <w:t>2) Nome: ___________________________________  CPF: ____________________________</w:t>
      </w:r>
    </w:p>
    <w:p>
      <w:pPr>
        <w:ind w:firstLine="425"/>
      </w:pPr>
      <w:r>
        <w:rPr>
          <w:b w:val="0"/>
          <w:sz w:val="20"/>
        </w:rPr>
        <w:t>Assinatura: 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https://adv-modelos.com/contrato-influencer/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influencer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