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CONVOCAÇÃO PARA REUNIÃO</w:t>
      </w:r>
    </w:p>
    <w:p/>
    <w:p/>
    <w:p>
      <w:pPr>
        <w:jc w:val="both"/>
      </w:pPr>
      <w:r>
        <w:rPr>
          <w:b w:val="0"/>
          <w:sz w:val="22"/>
        </w:rPr>
        <w:t>À</w:t>
      </w:r>
    </w:p>
    <w:p>
      <w:pPr>
        <w:jc w:val="both"/>
      </w:pPr>
      <w:r>
        <w:rPr>
          <w:b w:val="0"/>
          <w:sz w:val="22"/>
        </w:rPr>
        <w:t>EMPRESA: _____________________________________________________________</w:t>
      </w:r>
    </w:p>
    <w:p>
      <w:pPr>
        <w:jc w:val="both"/>
      </w:pPr>
      <w:r>
        <w:rPr>
          <w:b w:val="0"/>
          <w:sz w:val="22"/>
        </w:rPr>
        <w:t>CNPJ: ________________________________________________________________</w:t>
      </w:r>
    </w:p>
    <w:p>
      <w:pPr>
        <w:jc w:val="both"/>
      </w:pPr>
      <w:r>
        <w:rPr>
          <w:b w:val="0"/>
          <w:sz w:val="22"/>
        </w:rPr>
        <w:t>ENDEREÇO: ____________________________________________________________</w:t>
      </w:r>
    </w:p>
    <w:p>
      <w:pPr>
        <w:jc w:val="both"/>
      </w:pPr>
      <w:r>
        <w:rPr>
          <w:b w:val="0"/>
          <w:sz w:val="22"/>
        </w:rPr>
        <w:t>TELEFONE: ____________________________________________________________</w:t>
      </w:r>
    </w:p>
    <w:p/>
    <w:p>
      <w:pPr>
        <w:jc w:val="both"/>
      </w:pPr>
      <w:r>
        <w:rPr>
          <w:b w:val="0"/>
          <w:sz w:val="22"/>
        </w:rPr>
        <w:t>A/C: _________________________________________________________________</w:t>
      </w:r>
    </w:p>
    <w:p>
      <w:pPr>
        <w:jc w:val="both"/>
      </w:pPr>
      <w:r>
        <w:rPr>
          <w:b w:val="0"/>
          <w:sz w:val="22"/>
        </w:rPr>
        <w:t>Cargo: _______________________________________________________________</w:t>
      </w:r>
    </w:p>
    <w:p/>
    <w:p/>
    <w:p>
      <w:pPr>
        <w:jc w:val="both"/>
      </w:pPr>
      <w:r>
        <w:rPr>
          <w:b w:val="0"/>
          <w:sz w:val="22"/>
        </w:rPr>
        <w:t>Prezados Senhores,</w:t>
      </w:r>
    </w:p>
    <w:p/>
    <w:p>
      <w:pPr>
        <w:jc w:val="both"/>
      </w:pPr>
      <w:r>
        <w:rPr>
          <w:b w:val="0"/>
          <w:sz w:val="22"/>
        </w:rPr>
        <w:t>Na qualidade de representante legal da empresa supracitada, com fundamento nas disposições legais vigentes e no âmbito da legislação trabalhista brasileira, convoco V.Sas. para a reunião a ser realizada conforme as informações abaixo:</w:t>
      </w:r>
    </w:p>
    <w:p/>
    <w:p>
      <w:pPr>
        <w:jc w:val="both"/>
      </w:pPr>
      <w:r>
        <w:rPr>
          <w:b w:val="0"/>
          <w:sz w:val="22"/>
        </w:rPr>
        <w:t>Local: ________________________________________________________________</w:t>
      </w:r>
    </w:p>
    <w:p>
      <w:pPr>
        <w:jc w:val="both"/>
      </w:pPr>
      <w:r>
        <w:rPr>
          <w:b w:val="0"/>
          <w:sz w:val="22"/>
        </w:rPr>
        <w:t>Data: _________________________________________________________________</w:t>
      </w:r>
    </w:p>
    <w:p>
      <w:pPr>
        <w:jc w:val="both"/>
      </w:pPr>
      <w:r>
        <w:rPr>
          <w:b w:val="0"/>
          <w:sz w:val="22"/>
        </w:rPr>
        <w:t>Hora: _________________________________________________________________</w:t>
      </w:r>
    </w:p>
    <w:p/>
    <w:p>
      <w:pPr>
        <w:jc w:val="both"/>
      </w:pPr>
      <w:r>
        <w:rPr>
          <w:b/>
          <w:sz w:val="22"/>
        </w:rPr>
        <w:t>Pauta da Reunião:</w:t>
      </w:r>
    </w:p>
    <w:p>
      <w:pPr>
        <w:jc w:val="both"/>
      </w:pPr>
      <w:r>
        <w:rPr>
          <w:b w:val="0"/>
          <w:sz w:val="22"/>
        </w:rPr>
        <w:t>1. _________________________________________________________________</w:t>
      </w:r>
    </w:p>
    <w:p>
      <w:pPr>
        <w:jc w:val="both"/>
      </w:pPr>
      <w:r>
        <w:rPr>
          <w:b w:val="0"/>
          <w:sz w:val="22"/>
        </w:rPr>
        <w:t>2. _________________________________________________________________</w:t>
      </w:r>
    </w:p>
    <w:p>
      <w:pPr>
        <w:jc w:val="both"/>
      </w:pPr>
      <w:r>
        <w:rPr>
          <w:b w:val="0"/>
          <w:sz w:val="22"/>
        </w:rPr>
        <w:t>3. _________________________________________________________________</w:t>
      </w:r>
    </w:p>
    <w:p/>
    <w:p>
      <w:pPr>
        <w:jc w:val="both"/>
      </w:pPr>
      <w:r>
        <w:rPr>
          <w:b/>
          <w:sz w:val="22"/>
        </w:rPr>
        <w:t>Objetivos da Reunião:</w:t>
      </w:r>
    </w:p>
    <w:p>
      <w:pPr>
        <w:jc w:val="both"/>
      </w:pPr>
      <w:r>
        <w:rPr>
          <w:b w:val="0"/>
          <w:sz w:val="22"/>
        </w:rPr>
        <w:t>Discutir assuntos relevantes para a empresa, tais como políticas internas, condições de trabalho, segurança, direitos e deveres dos empregados, além de outros temas pertinentes à relação laboral.</w:t>
      </w:r>
    </w:p>
    <w:p/>
    <w:p>
      <w:pPr>
        <w:jc w:val="both"/>
      </w:pPr>
      <w:r>
        <w:rPr>
          <w:b w:val="0"/>
          <w:sz w:val="22"/>
        </w:rPr>
        <w:t>Ressaltamos a importância da participação de todos os convocados, uma vez que as decisões tomadas poderão impactar diretamente nas condições laborais e no ambiente de trabalho.</w:t>
      </w:r>
    </w:p>
    <w:p/>
    <w:p>
      <w:pPr>
        <w:jc w:val="both"/>
      </w:pPr>
      <w:r>
        <w:rPr>
          <w:b w:val="0"/>
          <w:sz w:val="22"/>
        </w:rPr>
        <w:t>A ausência injustificada poderá implicar em medidas disciplinares, nos termos da legislação vigente e do regulamento interno da empresa.</w:t>
      </w:r>
    </w:p>
    <w:p/>
    <w:p/>
    <w:p>
      <w:pPr>
        <w:jc w:val="both"/>
      </w:pPr>
      <w:r>
        <w:rPr>
          <w:b w:val="0"/>
          <w:sz w:val="22"/>
        </w:rPr>
        <w:t>Atenciosamente,</w:t>
      </w:r>
    </w:p>
    <w:p/>
    <w:p/>
    <w:p/>
    <w:p>
      <w:pPr>
        <w:jc w:val="both"/>
      </w:pPr>
      <w:r>
        <w:rPr>
          <w:b w:val="0"/>
          <w:sz w:val="22"/>
        </w:rPr>
        <w:t>__________________________________________________________</w:t>
      </w:r>
    </w:p>
    <w:p>
      <w:pPr>
        <w:jc w:val="both"/>
      </w:pPr>
      <w:r>
        <w:rPr>
          <w:b w:val="0"/>
          <w:sz w:val="22"/>
        </w:rPr>
        <w:t>Nome do Representante Legal / Responsável</w:t>
      </w:r>
    </w:p>
    <w:p>
      <w:pPr>
        <w:jc w:val="both"/>
      </w:pPr>
      <w:r>
        <w:rPr>
          <w:b w:val="0"/>
          <w:sz w:val="22"/>
        </w:rPr>
        <w:t>Cargo: ___________________________________________________</w:t>
      </w:r>
    </w:p>
    <w:p>
      <w:pPr>
        <w:jc w:val="both"/>
      </w:pPr>
      <w:r>
        <w:rPr>
          <w:b w:val="0"/>
          <w:sz w:val="22"/>
        </w:rPr>
        <w:t>CPF: _____________________________________________________</w:t>
      </w:r>
    </w:p>
    <w:p>
      <w:pPr>
        <w:jc w:val="both"/>
      </w:pPr>
      <w:r>
        <w:rPr>
          <w:b w:val="0"/>
          <w:sz w:val="22"/>
        </w:rPr>
        <w:t>Telefone para contato: ______________________________________</w:t>
      </w:r>
    </w:p>
    <w:p/>
    <w:p/>
    <w:p/>
    <w:p>
      <w:pPr>
        <w:jc w:val="both"/>
      </w:pPr>
      <w:r>
        <w:rPr>
          <w:b w:val="0"/>
          <w:sz w:val="22"/>
        </w:rPr>
        <w:t>Assinatura do(s) convocado(s):</w:t>
      </w:r>
    </w:p>
    <w:p/>
    <w:p/>
    <w:p/>
    <w:p/>
    <w:p/>
    <w:p>
      <w:pPr>
        <w:jc w:val="both"/>
      </w:pPr>
      <w:r>
        <w:rPr>
          <w:b w:val="0"/>
          <w:sz w:val="22"/>
        </w:rPr>
        <w:t>__________________________________________________________</w:t>
      </w:r>
    </w:p>
    <w:p>
      <w:pPr>
        <w:jc w:val="both"/>
      </w:pPr>
      <w:r>
        <w:rPr>
          <w:b w:val="0"/>
          <w:sz w:val="22"/>
        </w:rPr>
        <w:t>Nome:</w:t>
      </w:r>
    </w:p>
    <w:p>
      <w:pPr>
        <w:jc w:val="both"/>
      </w:pPr>
      <w:r>
        <w:rPr>
          <w:b w:val="0"/>
          <w:sz w:val="22"/>
        </w:rPr>
        <w:t>Cargo:</w:t>
      </w:r>
    </w:p>
    <w:p>
      <w:pPr>
        <w:jc w:val="both"/>
      </w:pPr>
      <w:r>
        <w:rPr>
          <w:b w:val="0"/>
          <w:sz w:val="22"/>
        </w:rPr>
        <w:t>Data:</w:t>
      </w:r>
    </w:p>
    <w:p/>
    <w:p/>
    <w:p>
      <w:pPr>
        <w:jc w:val="both"/>
      </w:pPr>
      <w:r>
        <w:rPr>
          <w:b w:val="0"/>
          <w:sz w:val="22"/>
        </w:rPr>
        <w:t>__________________________________________________________</w:t>
      </w:r>
    </w:p>
    <w:p>
      <w:pPr>
        <w:jc w:val="both"/>
      </w:pPr>
      <w:r>
        <w:rPr>
          <w:b w:val="0"/>
          <w:sz w:val="22"/>
        </w:rPr>
        <w:t>Nome:</w:t>
      </w:r>
    </w:p>
    <w:p>
      <w:pPr>
        <w:jc w:val="both"/>
      </w:pPr>
      <w:r>
        <w:rPr>
          <w:b w:val="0"/>
          <w:sz w:val="22"/>
        </w:rPr>
        <w:t>Cargo:</w:t>
      </w:r>
    </w:p>
    <w:p>
      <w:pPr>
        <w:jc w:val="both"/>
      </w:pPr>
      <w:r>
        <w:rPr>
          <w:b w:val="0"/>
          <w:sz w:val="22"/>
        </w:rPr>
        <w:t>Data:</w:t>
      </w:r>
    </w:p>
    <w:p/>
    <w:p/>
    <w:p>
      <w:pPr>
        <w:jc w:val="both"/>
      </w:pPr>
      <w:r>
        <w:rPr>
          <w:b w:val="0"/>
          <w:sz w:val="22"/>
        </w:rPr>
        <w:t>__________________________________________________________</w:t>
      </w:r>
    </w:p>
    <w:p>
      <w:pPr>
        <w:jc w:val="both"/>
      </w:pPr>
      <w:r>
        <w:rPr>
          <w:b w:val="0"/>
          <w:sz w:val="22"/>
        </w:rPr>
        <w:t>Nome:</w:t>
      </w:r>
    </w:p>
    <w:p>
      <w:pPr>
        <w:jc w:val="both"/>
      </w:pPr>
      <w:r>
        <w:rPr>
          <w:b w:val="0"/>
          <w:sz w:val="22"/>
        </w:rPr>
        <w:t>Cargo:</w:t>
      </w:r>
    </w:p>
    <w:p>
      <w:pPr>
        <w:jc w:val="both"/>
      </w:pPr>
      <w:r>
        <w:rPr>
          <w:b w:val="0"/>
          <w:sz w:val="22"/>
        </w:rPr>
        <w:t>Data: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https://adv-modelos.com/convocacao-para-reuniao/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vocacao-para-reuni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