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DECLARAÇÃO DE ALUGUEL</w:t>
      </w:r>
    </w:p>
    <w:p/>
    <w:p/>
    <w:p>
      <w:pPr>
        <w:ind w:firstLine="567"/>
      </w:pPr>
      <w:r>
        <w:rPr>
          <w:b w:val="0"/>
          <w:sz w:val="22"/>
        </w:rPr>
        <w:t>Eu, ____________________________________________________________, brasileiro(a), portador(a) do RG nº __________________, inscrito(a) no CPF sob o nº ____________________________, residente e domiciliado(a) à _________________________________________________________________, nº ______, bairro ____________________, cidade ____________________, Estado ____________, declaro para os devidos fins que o imóvel situado à _________________________________________________________________, nº ______, bairro ____________________, cidade ____________________, Estado ____________, está sendo alugado a:</w:t>
      </w:r>
    </w:p>
    <w:p/>
    <w:p>
      <w:pPr>
        <w:ind w:firstLine="567"/>
      </w:pPr>
      <w:r>
        <w:rPr>
          <w:b w:val="0"/>
          <w:sz w:val="22"/>
        </w:rPr>
        <w:t>Nome do(a) locatário(a): ____________________________________________________________</w:t>
      </w:r>
    </w:p>
    <w:p>
      <w:pPr>
        <w:ind w:firstLine="567"/>
      </w:pPr>
      <w:r>
        <w:rPr>
          <w:b w:val="0"/>
          <w:sz w:val="22"/>
        </w:rPr>
        <w:t>RG nº: ____________________________</w:t>
      </w:r>
    </w:p>
    <w:p>
      <w:pPr>
        <w:ind w:firstLine="567"/>
      </w:pPr>
      <w:r>
        <w:rPr>
          <w:b w:val="0"/>
          <w:sz w:val="22"/>
        </w:rPr>
        <w:t>CPF nº: ___________________________</w:t>
      </w:r>
    </w:p>
    <w:p>
      <w:pPr>
        <w:ind w:firstLine="567"/>
      </w:pPr>
      <w:r>
        <w:rPr>
          <w:b w:val="0"/>
          <w:sz w:val="22"/>
        </w:rPr>
        <w:t>Endereço: _________________________________________________________________, nº ______, bairro ____________________, cidade ____________________, Estado ____________.</w:t>
      </w:r>
    </w:p>
    <w:p/>
    <w:p>
      <w:pPr>
        <w:ind w:firstLine="567"/>
      </w:pPr>
      <w:r>
        <w:rPr>
          <w:b w:val="0"/>
          <w:sz w:val="22"/>
        </w:rPr>
        <w:t>O valor mensal do aluguel é de R$ _____________________________ (________________________________________________________ reais), que será pago até o dia _____ de cada mês, mediante ____________________________________________________________ (especificar forma de pagamento).</w:t>
      </w:r>
    </w:p>
    <w:p/>
    <w:p>
      <w:pPr>
        <w:ind w:firstLine="567"/>
      </w:pPr>
      <w:r>
        <w:rPr>
          <w:b w:val="0"/>
          <w:sz w:val="22"/>
        </w:rPr>
        <w:t>Declaro ainda que o referido imóvel encontra-se em condições adequadas para uso residencial/comercial (especificar), estando o(a) locatário(a) ciente de suas responsabilidades quanto à conservação e uso do imóvel, conforme previsto na Lei nº 8.245/91 – Lei do Inquilinato.</w:t>
      </w:r>
    </w:p>
    <w:p/>
    <w:p>
      <w:pPr>
        <w:ind w:firstLine="567"/>
      </w:pPr>
      <w:r>
        <w:rPr>
          <w:b w:val="0"/>
          <w:sz w:val="22"/>
        </w:rPr>
        <w:t>Esta declaração é emitida para fins de comprovação de residência e comprovação de renda, não constituindo contrato de locação, o qual deverá ser formalizado em documento específico, devidamente assinado pelas partes.</w:t>
      </w:r>
    </w:p>
    <w:p/>
    <w:p>
      <w:pPr>
        <w:ind w:firstLine="567"/>
      </w:pPr>
      <w:r>
        <w:rPr>
          <w:b w:val="0"/>
          <w:sz w:val="22"/>
        </w:rPr>
        <w:t>Por ser verdade, firmo a presente declaração.</w:t>
      </w:r>
    </w:p>
    <w:p/>
    <w:p>
      <w:pPr>
        <w:jc w:val="left"/>
      </w:pPr>
      <w:r>
        <w:t>______________________________, ____________________________</w:t>
      </w:r>
    </w:p>
    <w:p>
      <w:pPr>
        <w:ind w:firstLine="567"/>
      </w:pPr>
      <w:r>
        <w:rPr>
          <w:b w:val="0"/>
          <w:sz w:val="22"/>
        </w:rPr>
        <w:t>Local                                                        Data</w:t>
      </w:r>
    </w:p>
    <w:p/>
    <w:p>
      <w:pPr>
        <w:jc w:val="left"/>
      </w:pPr>
      <w:r>
        <w:t>____________________________________________</w:t>
      </w:r>
    </w:p>
    <w:p>
      <w:pPr>
        <w:ind w:firstLine="567"/>
      </w:pPr>
      <w:r>
        <w:rPr>
          <w:b w:val="0"/>
          <w:sz w:val="22"/>
        </w:rPr>
        <w:t>Assinatura do(a) locador(a) / declarante</w:t>
      </w:r>
    </w:p>
    <w:p/>
    <w:p>
      <w:pPr>
        <w:jc w:val="left"/>
      </w:pPr>
      <w:r>
        <w:t>________________________________________________________</w:t>
      </w:r>
    </w:p>
    <w:p>
      <w:pPr>
        <w:ind w:firstLine="567"/>
      </w:pPr>
      <w:r>
        <w:rPr>
          <w:b w:val="0"/>
          <w:sz w:val="22"/>
        </w:rPr>
        <w:t>Assinatura do(a) locatário(a) (se aplicável)</w:t>
      </w:r>
    </w:p>
    <w:p/>
    <w:p>
      <w:pPr>
        <w:jc w:val="left"/>
      </w:pPr>
      <w:r>
        <w:rPr>
          <w:b/>
          <w:sz w:val="22"/>
        </w:rPr>
        <w:t>Observações (se houver):</w:t>
      </w:r>
    </w:p>
    <w:p>
      <w:pPr>
        <w:jc w:val="left"/>
      </w:pPr>
      <w:r>
        <w:t>________________________________________________________________________________</w:t>
      </w:r>
    </w:p>
    <w:p>
      <w:pPr>
        <w:jc w:val="left"/>
      </w:pPr>
      <w:r>
        <w:t>________________________________________________________________________________</w:t>
      </w:r>
    </w:p>
    <w:p>
      <w:pPr>
        <w:jc w:val="left"/>
      </w:pPr>
      <w:r>
        <w:t>________________________________________________________________________________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https://adv-modelos.com/declaracao-de-aluguel/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declaracao-de-aluguel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