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DECLARAÇÃO DE DESEMPREGO</w:t>
      </w:r>
    </w:p>
    <w:p/>
    <w:p/>
    <w:p>
      <w:r>
        <w:rPr>
          <w:b w:val="0"/>
          <w:i w:val="0"/>
          <w:sz w:val="22"/>
        </w:rPr>
        <w:t>Eu, ________________________________________________________________, portador(a) do RG nº __________________________, CPF nº ____________________________,</w:t>
      </w:r>
    </w:p>
    <w:p>
      <w:r>
        <w:rPr>
          <w:b w:val="0"/>
          <w:i w:val="0"/>
          <w:sz w:val="22"/>
        </w:rPr>
        <w:t>residente e domiciliado(a) à _________________________________________________________________, nº _______, bairro __________________,</w:t>
      </w:r>
    </w:p>
    <w:p>
      <w:r>
        <w:rPr>
          <w:b w:val="0"/>
          <w:i w:val="0"/>
          <w:sz w:val="22"/>
        </w:rPr>
        <w:t>cidade ________________________________, Estado ________________, CEP ________________, declaro, para os devidos fins,</w:t>
      </w:r>
    </w:p>
    <w:p>
      <w:r>
        <w:rPr>
          <w:b w:val="0"/>
          <w:i w:val="0"/>
          <w:sz w:val="22"/>
        </w:rPr>
        <w:t>que me encontro desempregado(a), estando sem vínculo empregatício ativo desde o dia ____ de _______________ de ________,</w:t>
      </w:r>
    </w:p>
    <w:p>
      <w:r>
        <w:rPr>
          <w:b w:val="0"/>
          <w:i w:val="0"/>
          <w:sz w:val="22"/>
        </w:rPr>
        <w:t>em razão de desligamento da empresa _______________________________________________________________, inscrita no CNPJ sob o nº ________________________,</w:t>
      </w:r>
    </w:p>
    <w:p>
      <w:r>
        <w:rPr>
          <w:b w:val="0"/>
          <w:i w:val="0"/>
          <w:sz w:val="22"/>
        </w:rPr>
        <w:t>com sede à ____________________________________________________________, nº _______, bairro ___________________, cidade ____________________________, Estado ________________,</w:t>
      </w:r>
    </w:p>
    <w:p>
      <w:r>
        <w:rPr>
          <w:b w:val="0"/>
          <w:i w:val="0"/>
          <w:sz w:val="22"/>
        </w:rPr>
        <w:t>CEP _________________.</w:t>
      </w:r>
    </w:p>
    <w:p/>
    <w:p>
      <w:r>
        <w:rPr>
          <w:b w:val="0"/>
          <w:i w:val="0"/>
          <w:sz w:val="22"/>
        </w:rPr>
        <w:t>Declaro ainda que durante o período em que estive vinculado(a) a essa empresa, exerci a função de ________________________________________________,</w:t>
      </w:r>
    </w:p>
    <w:p>
      <w:r>
        <w:rPr>
          <w:b w:val="0"/>
          <w:i w:val="0"/>
          <w:sz w:val="22"/>
        </w:rPr>
        <w:t>com remuneração mensal média de R$ ______________________________ (____________________________ reais).</w:t>
      </w:r>
    </w:p>
    <w:p/>
    <w:p>
      <w:r>
        <w:rPr>
          <w:b w:val="0"/>
          <w:i w:val="0"/>
          <w:sz w:val="22"/>
        </w:rPr>
        <w:t>Esta declaração é feita para fins de requerimento de benefícios junto ao Sistema Nacional de Emprego (SINE),</w:t>
      </w:r>
    </w:p>
    <w:p>
      <w:r>
        <w:rPr>
          <w:b w:val="0"/>
          <w:i w:val="0"/>
          <w:sz w:val="22"/>
        </w:rPr>
        <w:t>INSS, seguro-desemprego, ou quaisquer outros órgãos competentes, bem como para comprovar minha atual situação de desemprego.</w:t>
      </w:r>
    </w:p>
    <w:p/>
    <w:p>
      <w:r>
        <w:rPr>
          <w:b w:val="0"/>
          <w:i w:val="0"/>
          <w:sz w:val="22"/>
        </w:rPr>
        <w:t>Por ser verdade, firmo a presente declaração, ciente das responsabilidades legais em caso de falsidade,</w:t>
      </w:r>
    </w:p>
    <w:p>
      <w:r>
        <w:rPr>
          <w:b w:val="0"/>
          <w:i w:val="0"/>
          <w:sz w:val="22"/>
        </w:rPr>
        <w:t>nos termos do artigo 299 do Código Penal Brasileiro.</w:t>
      </w:r>
    </w:p>
    <w:p/>
    <w:p>
      <w:r>
        <w:rPr>
          <w:b w:val="0"/>
          <w:i w:val="0"/>
          <w:sz w:val="22"/>
        </w:rPr>
        <w:t>Sem mais para o momento,</w:t>
      </w:r>
    </w:p>
    <w:p/>
    <w:p>
      <w:r>
        <w:rPr>
          <w:b w:val="0"/>
          <w:i w:val="0"/>
          <w:sz w:val="22"/>
        </w:rPr>
        <w:t>______________________________, ________ de ___________________________ de ________.</w:t>
      </w:r>
    </w:p>
    <w:p/>
    <w:p>
      <w:r>
        <w:rPr>
          <w:b w:val="0"/>
          <w:i w:val="0"/>
          <w:sz w:val="22"/>
        </w:rPr>
        <w:t>__________________________________________</w:t>
      </w:r>
    </w:p>
    <w:p>
      <w:r>
        <w:rPr>
          <w:b w:val="0"/>
          <w:i w:val="0"/>
          <w:sz w:val="22"/>
        </w:rPr>
        <w:t>Assinatura do Declarante</w:t>
      </w:r>
    </w:p>
    <w:p/>
    <w:p>
      <w:r>
        <w:rPr>
          <w:b/>
          <w:i w:val="0"/>
          <w:sz w:val="22"/>
        </w:rPr>
        <w:t>Testemunhas:</w:t>
      </w:r>
    </w:p>
    <w:p/>
    <w:p>
      <w:r>
        <w:rPr>
          <w:b w:val="0"/>
          <w:i w:val="0"/>
          <w:sz w:val="22"/>
        </w:rPr>
        <w:t>1. Nome: _______________________________________   CPF: _______________________________</w:t>
      </w:r>
    </w:p>
    <w:p>
      <w:r>
        <w:rPr>
          <w:b w:val="0"/>
          <w:i w:val="0"/>
          <w:sz w:val="22"/>
        </w:rPr>
        <w:t xml:space="preserve">   Assinatura: _______________________________________________</w:t>
      </w:r>
    </w:p>
    <w:p/>
    <w:p>
      <w:r>
        <w:rPr>
          <w:b w:val="0"/>
          <w:i w:val="0"/>
          <w:sz w:val="22"/>
        </w:rPr>
        <w:t>2. Nome: _______________________________________   CPF: _______________________________</w:t>
      </w:r>
    </w:p>
    <w:p>
      <w:r>
        <w:rPr>
          <w:b w:val="0"/>
          <w:i w:val="0"/>
          <w:sz w:val="22"/>
        </w:rPr>
        <w:t xml:space="preserve">   Assinatura: _______________________________________________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https://adv-modelos.com/declaracao-de-desemprego/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https://adv-modelos.com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adv-modelos.com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v-modelos.com/declaracao-de-desemprego/" TargetMode="External"/><Relationship Id="rId10" Type="http://schemas.openxmlformats.org/officeDocument/2006/relationships/hyperlink" Target="https://adv-model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