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DECLARAÇÃO DE HIPOSSUFICIÊNCIA</w:t>
      </w:r>
    </w:p>
    <w:p/>
    <w:p/>
    <w:p>
      <w:pPr>
        <w:jc w:val="both"/>
      </w:pPr>
      <w:r>
        <w:rPr>
          <w:b w:val="0"/>
          <w:sz w:val="22"/>
        </w:rPr>
        <w:t xml:space="preserve">Eu, ________________________________________________________________, </w:t>
      </w:r>
    </w:p>
    <w:p>
      <w:pPr>
        <w:jc w:val="both"/>
      </w:pPr>
      <w:r>
        <w:rPr>
          <w:b w:val="0"/>
          <w:sz w:val="22"/>
        </w:rPr>
        <w:t xml:space="preserve">nacionalidade ________________________, estado civil ______________________, </w:t>
      </w:r>
    </w:p>
    <w:p>
      <w:pPr>
        <w:jc w:val="both"/>
      </w:pPr>
      <w:r>
        <w:rPr>
          <w:b w:val="0"/>
          <w:sz w:val="22"/>
        </w:rPr>
        <w:t xml:space="preserve">profissão ____________________________, portador(a) do RG nº ____________________, </w:t>
      </w:r>
    </w:p>
    <w:p>
      <w:pPr>
        <w:jc w:val="both"/>
      </w:pPr>
      <w:r>
        <w:rPr>
          <w:b w:val="0"/>
          <w:sz w:val="22"/>
        </w:rPr>
        <w:t xml:space="preserve">CPF nº ______________________________, residente e domiciliado(a) à _________________________________________________, </w:t>
      </w:r>
    </w:p>
    <w:p>
      <w:pPr>
        <w:jc w:val="both"/>
      </w:pPr>
      <w:r>
        <w:rPr>
          <w:b w:val="0"/>
          <w:sz w:val="22"/>
        </w:rPr>
        <w:t xml:space="preserve">declaro para os devidos fins que não possuo condições financeiras de arcar com as custas processuais, </w:t>
      </w:r>
    </w:p>
    <w:p>
      <w:pPr>
        <w:jc w:val="both"/>
      </w:pPr>
      <w:r>
        <w:rPr>
          <w:b w:val="0"/>
          <w:sz w:val="22"/>
        </w:rPr>
        <w:t>taxas judiciárias e honorários advocatícios sem prejuízo do sustento próprio e de minha família.</w:t>
      </w:r>
    </w:p>
    <w:p/>
    <w:p>
      <w:pPr>
        <w:jc w:val="both"/>
      </w:pPr>
      <w:r>
        <w:rPr>
          <w:b w:val="0"/>
          <w:sz w:val="22"/>
        </w:rPr>
        <w:t xml:space="preserve">Declaro ainda que esta condição de hipossuficiência é verdadeira e que estou ciente das penalidades legais </w:t>
      </w:r>
    </w:p>
    <w:p>
      <w:pPr>
        <w:jc w:val="both"/>
      </w:pPr>
      <w:r>
        <w:rPr>
          <w:b w:val="0"/>
          <w:sz w:val="22"/>
        </w:rPr>
        <w:t xml:space="preserve">de prestar informações falsas, conforme previsto no artigo 4º da Lei nº 1.060/50 e no artigo 5º, inciso III, do Código Civil, </w:t>
      </w:r>
    </w:p>
    <w:p>
      <w:pPr>
        <w:jc w:val="both"/>
      </w:pPr>
      <w:r>
        <w:rPr>
          <w:b w:val="0"/>
          <w:sz w:val="22"/>
        </w:rPr>
        <w:t>bem como a aplicação do artigo 80 do Código de Processo Civil, que trata da litigância de má-fé.</w:t>
      </w:r>
    </w:p>
    <w:p/>
    <w:p>
      <w:pPr>
        <w:jc w:val="both"/>
      </w:pPr>
      <w:r>
        <w:rPr>
          <w:b w:val="0"/>
          <w:sz w:val="22"/>
        </w:rPr>
        <w:t xml:space="preserve">Dessa forma, requeiro a concessão do benefício da justiça gratuita, com fundamento no artigo 98 e seguintes do Código de Processo Civil, </w:t>
      </w:r>
    </w:p>
    <w:p>
      <w:pPr>
        <w:jc w:val="both"/>
      </w:pPr>
      <w:r>
        <w:rPr>
          <w:b w:val="0"/>
          <w:sz w:val="22"/>
        </w:rPr>
        <w:t>bem como na Lei nº 1.060/50, para que me seja permitido litigar sem o pagamento das custas, despesas processuais e honorários advocatícios.</w:t>
      </w:r>
    </w:p>
    <w:p/>
    <w:p>
      <w:pPr>
        <w:jc w:val="both"/>
      </w:pPr>
      <w:r>
        <w:rPr>
          <w:b w:val="0"/>
          <w:sz w:val="22"/>
        </w:rPr>
        <w:t>Por ser verdade, firmo a presente declaração.</w:t>
      </w:r>
    </w:p>
    <w:p/>
    <w:p>
      <w:pPr>
        <w:jc w:val="both"/>
      </w:pPr>
      <w:r>
        <w:rPr>
          <w:b w:val="0"/>
          <w:sz w:val="22"/>
        </w:rPr>
        <w:t>_______________________________</w:t>
      </w:r>
    </w:p>
    <w:p>
      <w:pPr>
        <w:jc w:val="both"/>
      </w:pPr>
      <w:r>
        <w:rPr>
          <w:b w:val="0"/>
          <w:sz w:val="22"/>
        </w:rPr>
        <w:t>Assinatura</w:t>
      </w:r>
    </w:p>
    <w:p/>
    <w:p>
      <w:pPr>
        <w:jc w:val="both"/>
      </w:pPr>
      <w:r>
        <w:rPr>
          <w:b w:val="0"/>
          <w:sz w:val="22"/>
        </w:rPr>
        <w:t>_______________________________</w:t>
      </w:r>
    </w:p>
    <w:p>
      <w:pPr>
        <w:jc w:val="both"/>
      </w:pPr>
      <w:r>
        <w:rPr>
          <w:b w:val="0"/>
          <w:sz w:val="22"/>
        </w:rPr>
        <w:t>Local</w:t>
      </w:r>
    </w:p>
    <w:p/>
    <w:p>
      <w:pPr>
        <w:jc w:val="both"/>
      </w:pPr>
      <w:r>
        <w:rPr>
          <w:b w:val="0"/>
          <w:sz w:val="22"/>
        </w:rPr>
        <w:t>_______________________________</w:t>
      </w:r>
    </w:p>
    <w:p>
      <w:pPr>
        <w:jc w:val="both"/>
      </w:pPr>
      <w:r>
        <w:rPr>
          <w:b w:val="0"/>
          <w:sz w:val="22"/>
        </w:rPr>
        <w:t>Nome completo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https://adv-modelos.com/declaracao-de-hipossuficiencia-justica/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declaracao-de-hipossuficiencia-justica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