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DECLARAÇÃO DE QUITAÇÃO DE DÉBITOS</w:t>
      </w:r>
    </w:p>
    <w:p/>
    <w:p/>
    <w:p>
      <w:r>
        <w:rPr>
          <w:b/>
          <w:sz w:val="22"/>
        </w:rPr>
        <w:t>Declarante:</w:t>
      </w:r>
    </w:p>
    <w:p>
      <w:r>
        <w:rPr>
          <w:b w:val="0"/>
          <w:sz w:val="22"/>
        </w:rPr>
        <w:t>_______________________________________________________________</w:t>
      </w:r>
    </w:p>
    <w:p>
      <w:pPr>
        <w:ind w:firstLine="567"/>
      </w:pPr>
      <w:r>
        <w:rPr>
          <w:b w:val="0"/>
          <w:sz w:val="22"/>
        </w:rPr>
        <w:t>Nome completo ou razão social</w:t>
      </w:r>
    </w:p>
    <w:p>
      <w:pPr>
        <w:ind w:firstLine="567"/>
      </w:pPr>
      <w:r>
        <w:rPr>
          <w:b w:val="0"/>
          <w:sz w:val="22"/>
        </w:rPr>
        <w:t>CPF/CNPJ: ____________________________</w:t>
      </w:r>
    </w:p>
    <w:p>
      <w:pPr>
        <w:ind w:firstLine="567"/>
      </w:pPr>
      <w:r>
        <w:rPr>
          <w:b w:val="0"/>
          <w:sz w:val="22"/>
        </w:rPr>
        <w:t>Endereço: ______________________________________________________</w:t>
      </w:r>
    </w:p>
    <w:p>
      <w:pPr>
        <w:ind w:firstLine="567"/>
      </w:pPr>
      <w:r>
        <w:rPr>
          <w:b w:val="0"/>
          <w:sz w:val="22"/>
        </w:rPr>
        <w:t>Cidade: ____________________ UF: ______</w:t>
      </w:r>
    </w:p>
    <w:p/>
    <w:p>
      <w:r>
        <w:rPr>
          <w:b/>
          <w:sz w:val="22"/>
        </w:rPr>
        <w:t>Declarante declara, para os devidos fins legais e sob as penas da lei, que quitou integralmente todos os débitos, valores, obrigações e encargos referentes a:</w:t>
      </w:r>
    </w:p>
    <w:p/>
    <w:p>
      <w:r>
        <w:rPr>
          <w:b/>
          <w:sz w:val="22"/>
        </w:rPr>
        <w:t>1. Contrato / Objeto da quitação:</w:t>
      </w:r>
    </w:p>
    <w:p>
      <w:r>
        <w:rPr>
          <w:b w:val="0"/>
          <w:sz w:val="22"/>
        </w:rPr>
        <w:t>_______________________________________________________________</w:t>
      </w:r>
    </w:p>
    <w:p>
      <w:pPr>
        <w:ind w:firstLine="567"/>
      </w:pPr>
      <w:r>
        <w:rPr>
          <w:b w:val="0"/>
          <w:sz w:val="22"/>
        </w:rPr>
        <w:t>Descrição detalhada do contrato, serviço prestado, produto fornecido ou obrigação quitada.</w:t>
      </w:r>
    </w:p>
    <w:p/>
    <w:p>
      <w:r>
        <w:rPr>
          <w:b/>
          <w:sz w:val="22"/>
        </w:rPr>
        <w:t>2. Valores quitados:</w:t>
      </w:r>
    </w:p>
    <w:p>
      <w:r>
        <w:rPr>
          <w:b w:val="0"/>
          <w:sz w:val="22"/>
        </w:rPr>
        <w:t>_______________________________________________________________</w:t>
      </w:r>
    </w:p>
    <w:p>
      <w:pPr>
        <w:ind w:firstLine="567"/>
      </w:pPr>
      <w:r>
        <w:rPr>
          <w:b w:val="0"/>
          <w:sz w:val="22"/>
        </w:rPr>
        <w:t>Especificar os valores pagos, forma de pagamento, datas e demais informações relevantes.</w:t>
      </w:r>
    </w:p>
    <w:p/>
    <w:p>
      <w:r>
        <w:rPr>
          <w:b/>
          <w:sz w:val="22"/>
        </w:rPr>
        <w:t>3. Período abrangido:</w:t>
      </w:r>
    </w:p>
    <w:p>
      <w:r>
        <w:rPr>
          <w:b w:val="0"/>
          <w:sz w:val="22"/>
        </w:rPr>
        <w:t>_______________________________________________________________</w:t>
      </w:r>
    </w:p>
    <w:p>
      <w:pPr>
        <w:ind w:firstLine="567"/>
      </w:pPr>
      <w:r>
        <w:rPr>
          <w:b w:val="0"/>
          <w:sz w:val="22"/>
        </w:rPr>
        <w:t>Indicação clara do período a que se referem os débitos quitados.</w:t>
      </w:r>
    </w:p>
    <w:p/>
    <w:p>
      <w:r>
        <w:rPr>
          <w:b/>
          <w:sz w:val="22"/>
        </w:rPr>
        <w:t>4. Declaração:</w:t>
      </w:r>
    </w:p>
    <w:p>
      <w:pPr>
        <w:ind w:firstLine="567"/>
      </w:pPr>
      <w:r>
        <w:rPr>
          <w:b w:val="0"/>
          <w:sz w:val="22"/>
        </w:rPr>
        <w:t>O Declarante reconhece que, com o pagamento das quantias acima descritas, não possui qualquer pendência, débito, obrigação ou responsabilidade relacionada ao objeto desta declaração, nada mais tendo a reclamar ou exigir a qualquer título, renunciando expressamente a quaisquer direitos ou ações futuras relacionadas a este contrato ou obrigação.</w:t>
      </w:r>
    </w:p>
    <w:p/>
    <w:p>
      <w:r>
        <w:rPr>
          <w:b/>
          <w:sz w:val="22"/>
        </w:rPr>
        <w:t>5. Outras disposições:</w:t>
      </w:r>
    </w:p>
    <w:p>
      <w:pPr>
        <w:ind w:firstLine="567"/>
      </w:pPr>
      <w:r>
        <w:rPr>
          <w:b w:val="0"/>
          <w:sz w:val="22"/>
        </w:rPr>
        <w:t>Esta declaração é firmada para que produza os efeitos legais cabíveis, sendo válida em todo o território nacional e perante quaisquer órgãos públicos, instituições financeiras, empresas e demais entidades que dela necessitem.</w:t>
      </w:r>
    </w:p>
    <w:p/>
    <w:p/>
    <w:p>
      <w:r>
        <w:rPr>
          <w:b w:val="0"/>
          <w:sz w:val="22"/>
        </w:rPr>
        <w:t>Local: _______________________________              Data: ____ / ____ / ______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__________________________________________________________</w:t>
      </w:r>
    </w:p>
    <w:p>
      <w:pPr>
        <w:jc w:val="center"/>
      </w:pPr>
      <w:r>
        <w:rPr>
          <w:b w:val="0"/>
          <w:sz w:val="22"/>
        </w:rPr>
        <w:t>Assinatura do Declarante</w:t>
      </w:r>
    </w:p>
    <w:p/>
    <w:p/>
    <w:p>
      <w:r>
        <w:rPr>
          <w:b/>
          <w:sz w:val="22"/>
        </w:rPr>
        <w:t>Reconhecimento de firma:</w:t>
      </w:r>
    </w:p>
    <w:p>
      <w:r>
        <w:rPr>
          <w:b w:val="0"/>
          <w:sz w:val="22"/>
        </w:rPr>
        <w:t>_______________________________________________________________</w:t>
      </w:r>
    </w:p>
    <w:p>
      <w:pPr>
        <w:ind w:firstLine="567"/>
      </w:pPr>
      <w:r>
        <w:rPr>
          <w:b w:val="0"/>
          <w:sz w:val="22"/>
        </w:rPr>
        <w:t>Cartório: _____________________________________________________</w:t>
      </w:r>
    </w:p>
    <w:p>
      <w:pPr>
        <w:ind w:firstLine="567"/>
      </w:pPr>
      <w:r>
        <w:rPr>
          <w:b w:val="0"/>
          <w:sz w:val="22"/>
        </w:rPr>
        <w:t>Data: ____ / ____ / ______</w:t>
      </w:r>
    </w:p>
    <w:p/>
    <w:p/>
    <w:p>
      <w:r>
        <w:rPr>
          <w:b/>
          <w:sz w:val="22"/>
        </w:rPr>
        <w:t>Testemunhas:</w:t>
      </w:r>
    </w:p>
    <w:p/>
    <w:p>
      <w:pPr>
        <w:ind w:firstLine="567"/>
      </w:pPr>
      <w:r>
        <w:rPr>
          <w:b w:val="0"/>
          <w:sz w:val="22"/>
        </w:rPr>
        <w:t>1) Nome: ____________________________________  CPF: __________________</w:t>
      </w:r>
    </w:p>
    <w:p>
      <w:pPr>
        <w:ind w:firstLine="567"/>
      </w:pPr>
      <w:r>
        <w:rPr>
          <w:b w:val="0"/>
          <w:sz w:val="22"/>
        </w:rPr>
        <w:t>Assinatura: ______________________________________________</w:t>
      </w:r>
    </w:p>
    <w:p/>
    <w:p>
      <w:pPr>
        <w:ind w:firstLine="567"/>
      </w:pPr>
      <w:r>
        <w:rPr>
          <w:b w:val="0"/>
          <w:sz w:val="22"/>
        </w:rPr>
        <w:t>2) Nome: ____________________________________  CPF: __________________</w:t>
      </w:r>
    </w:p>
    <w:p>
      <w:pPr>
        <w:ind w:firstLine="567"/>
      </w:pPr>
      <w:r>
        <w:rPr>
          <w:b w:val="0"/>
          <w:sz w:val="22"/>
        </w:rPr>
        <w:t>Assinatura: 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https://adv-modelos.com/declaracao-de-quitacao-de-debitos/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declaracao-de-quitacao-de-debitos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