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VÍNCULO EMPREGATÍCIO PARA FINS ACADÊMICOS</w:t>
      </w:r>
    </w:p>
    <w:p/>
    <w:p>
      <w:r>
        <w:rPr>
          <w:b w:val="0"/>
          <w:sz w:val="22"/>
        </w:rPr>
        <w:t>A empresa ________________________________________________________________, inscrita no CNPJ sob nº ________________________, com sede à ________________________________________________________________, por seu representante legal abaixo assinado, declara para os devidos fins que o(a) Sr(a). ________________________________________________________________, portador(a) do CPF nº ________________________, exerce função na empresa desde ___/___/______, ocupando o cargo de ________________________________________________________________.</w:t>
      </w:r>
    </w:p>
    <w:p/>
    <w:p>
      <w:r>
        <w:rPr>
          <w:b w:val="0"/>
          <w:sz w:val="22"/>
        </w:rPr>
        <w:t>O(a) referido(a) colaborador(a) possui jornada de trabalho de ____ horas diárias e ____ horas semanais, desempenhando suas atividades normalmente durante o período de ______________ às ______________, de segunda a sexta-feira.</w:t>
      </w:r>
    </w:p>
    <w:p/>
    <w:p>
      <w:r>
        <w:rPr>
          <w:b w:val="0"/>
          <w:sz w:val="22"/>
        </w:rPr>
        <w:t>Esta declaração é emitida para fins acadêmicos, comprovando o vínculo empregatício do(a) colaborador(a) supracitado(a), para apresentação na instituição de ensino superior ________________________________________________________________.</w:t>
      </w:r>
    </w:p>
    <w:p/>
    <w:p>
      <w:r>
        <w:rPr>
          <w:b w:val="0"/>
          <w:sz w:val="22"/>
        </w:rPr>
        <w:t>Ressaltamos que a empresa está ciente das normas previstas para a conciliação entre trabalho e estudo, e apoia a formação acadêmica do(a) colaborador(a).</w:t>
      </w:r>
    </w:p>
    <w:p/>
    <w:p>
      <w:r>
        <w:rPr>
          <w:b w:val="0"/>
          <w:sz w:val="22"/>
        </w:rPr>
        <w:t>Sem mais para o momento, colocamo-nos à disposição para quaisquer esclarecimentos adicionais.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Localidade, ____________________________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Nome do representante legal</w:t>
      </w:r>
    </w:p>
    <w:p>
      <w:r>
        <w:rPr>
          <w:b w:val="0"/>
          <w:sz w:val="22"/>
        </w:rPr>
        <w:t>Cargo: ________________________________________________</w:t>
      </w:r>
    </w:p>
    <w:p>
      <w:r>
        <w:rPr>
          <w:b w:val="0"/>
          <w:sz w:val="22"/>
        </w:rPr>
        <w:t>Telefone: ______________________________________________</w:t>
      </w:r>
    </w:p>
    <w:p>
      <w:r>
        <w:rPr>
          <w:b w:val="0"/>
          <w:sz w:val="22"/>
        </w:rPr>
        <w:t>E-mail: ________________________________________________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Assinatura e carimbo da empresa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https://adv-modelos.com/declaracao-de-trabalho-para-faculdade/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declaracao-de-trabalho-para-faculdade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