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EMBARGOS DE DECLARAÇÃO POR ERRO MATERIAL</w:t>
      </w:r>
    </w:p>
    <w:p/>
    <w:p/>
    <w:p>
      <w:r>
        <w:rPr>
          <w:b w:val="0"/>
          <w:sz w:val="22"/>
        </w:rPr>
        <w:t>EXCELENTÍSSIMO(A) SENHOR(A) DOUTOR(A) JUIZ(A) DE DIREITO DA ____ VARA CÍVEL DA COMARCA DE ____________________</w:t>
      </w:r>
    </w:p>
    <w:p/>
    <w:p>
      <w:r>
        <w:rPr>
          <w:b w:val="0"/>
          <w:sz w:val="22"/>
        </w:rPr>
        <w:t>Processo nº: ____________________________</w:t>
      </w:r>
    </w:p>
    <w:p/>
    <w:p>
      <w:r>
        <w:rPr>
          <w:b w:val="0"/>
          <w:sz w:val="22"/>
        </w:rPr>
        <w:t>Embargante: ______________________________________________________________</w:t>
      </w:r>
    </w:p>
    <w:p>
      <w:r>
        <w:rPr>
          <w:b w:val="0"/>
          <w:sz w:val="22"/>
        </w:rPr>
        <w:t>Embargado: _______________________________________________________________</w:t>
      </w:r>
    </w:p>
    <w:p/>
    <w:p>
      <w:r>
        <w:rPr>
          <w:b w:val="0"/>
          <w:sz w:val="22"/>
        </w:rPr>
        <w:t>_________________________________, brasileiro(a), estado civil _______________, profissão ____________________, portador(a) do RG nº ________________ e CPF nº _______________, residente e domiciliado(a) na ____________________________________________, por seu advogado infra-assinado (procuração em anexo), vem, respeitosamente, à presença de Vossa Excelência, com fundamento no artigo 1.022 do Código de Processo Civil, opor</w:t>
      </w:r>
    </w:p>
    <w:p/>
    <w:p>
      <w:pPr>
        <w:jc w:val="center"/>
      </w:pPr>
      <w:r>
        <w:rPr>
          <w:b/>
          <w:sz w:val="22"/>
        </w:rPr>
        <w:t>EMBARGOS DE DECLARAÇÃO POR ERRO MATERIAL</w:t>
      </w:r>
    </w:p>
    <w:p>
      <w:r>
        <w:rPr>
          <w:b w:val="0"/>
          <w:sz w:val="22"/>
        </w:rPr>
        <w:t>em face da sentença/decisão de fls. ____, pelos motivos de fato e de direito a seguir expostos.</w:t>
      </w:r>
    </w:p>
    <w:p/>
    <w:p>
      <w:r>
        <w:rPr>
          <w:b/>
          <w:sz w:val="24"/>
        </w:rPr>
        <w:t>I – DOS FATOS</w:t>
      </w:r>
    </w:p>
    <w:p/>
    <w:p>
      <w:r>
        <w:rPr>
          <w:b w:val="0"/>
          <w:sz w:val="22"/>
        </w:rPr>
        <w:t>A r. decisão exarada nos autos apresenta erro material manifesto que deve ser sanado por meio destes embargos de declaração.</w:t>
      </w:r>
    </w:p>
    <w:p>
      <w:r>
        <w:rPr>
          <w:b w:val="0"/>
          <w:sz w:val="22"/>
        </w:rPr>
        <w:t>O referido equívoco consiste em _____________________________________________________________.</w:t>
      </w:r>
    </w:p>
    <w:p>
      <w:r>
        <w:rPr>
          <w:b w:val="0"/>
          <w:sz w:val="22"/>
        </w:rPr>
        <w:t>Tal erro compromete a correta compreensão e aplicação da decisão, prejudicando os direitos do Embargante.</w:t>
      </w:r>
    </w:p>
    <w:p/>
    <w:p>
      <w:r>
        <w:rPr>
          <w:b/>
          <w:sz w:val="24"/>
        </w:rPr>
        <w:t>II – DO DIREITO</w:t>
      </w:r>
    </w:p>
    <w:p/>
    <w:p>
      <w:r>
        <w:rPr>
          <w:b w:val="0"/>
          <w:sz w:val="22"/>
        </w:rPr>
        <w:t>Nos termos do artigo 1.022 do Código de Processo Civil, cabem embargos de declaração quando houver, entre outros, obscuridade, contradição ou erro material na decisão judicial.</w:t>
      </w:r>
    </w:p>
    <w:p>
      <w:r>
        <w:rPr>
          <w:b w:val="0"/>
          <w:sz w:val="22"/>
        </w:rPr>
        <w:t>O erro material, neste caso, caracteriza-se pela incorreta transcrição/omissão/erro de cálculo/erro de digitação ___________________________________________________, que deve ser corrigido para preservar a segurança jurídica e a efetividade da prestação jurisdicional.</w:t>
      </w:r>
    </w:p>
    <w:p/>
    <w:p>
      <w:r>
        <w:rPr>
          <w:b/>
          <w:sz w:val="24"/>
        </w:rPr>
        <w:t>III – DO PEDIDO</w:t>
      </w:r>
    </w:p>
    <w:p/>
    <w:p>
      <w:r>
        <w:rPr>
          <w:b/>
          <w:sz w:val="22"/>
        </w:rPr>
        <w:t>Diante do exposto, requer-se a Vossa Excelência:</w:t>
      </w:r>
    </w:p>
    <w:p/>
    <w:p>
      <w:r>
        <w:rPr>
          <w:b w:val="0"/>
          <w:sz w:val="22"/>
        </w:rPr>
        <w:t>a) O recebimento e conhecimento destes embargos de declaração por erro material;</w:t>
      </w:r>
    </w:p>
    <w:p>
      <w:r>
        <w:rPr>
          <w:b w:val="0"/>
          <w:sz w:val="22"/>
        </w:rPr>
        <w:t>b) O saneamento do erro material apontado, com a devida correção da decisão/ sentença embargada nos termos aqui expostos;</w:t>
      </w:r>
    </w:p>
    <w:p>
      <w:r>
        <w:rPr>
          <w:b w:val="0"/>
          <w:sz w:val="22"/>
        </w:rPr>
        <w:t>c) Que seja o presente recurso recebido com efeito apenas aclaratório, não impedindo o prosseguimento do feito;</w:t>
      </w:r>
    </w:p>
    <w:p>
      <w:r>
        <w:rPr>
          <w:b w:val="0"/>
          <w:sz w:val="22"/>
        </w:rPr>
        <w:t>d) A intimação do Embargado para, querendo, apresentar contrarrazões dentro do prazo legal.</w:t>
      </w:r>
    </w:p>
    <w:p/>
    <w:p>
      <w:r>
        <w:rPr>
          <w:b w:val="0"/>
          <w:sz w:val="22"/>
        </w:rPr>
        <w:t>Termos em que,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__________________________, ____ de ____________________ de ________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https://adv-modelos.com/embargos-erro-material/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embargos-erro-material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