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ESCRITURA PÚBLICA DE DOAÇÃO</w:t>
      </w:r>
    </w:p>
    <w:p/>
    <w:p/>
    <w:p>
      <w:pPr>
        <w:jc w:val="both"/>
      </w:pPr>
      <w:r>
        <w:rPr>
          <w:b w:val="0"/>
          <w:i w:val="0"/>
          <w:sz w:val="22"/>
        </w:rPr>
        <w:t>SAIBAM quantos este público instrumento virem que, aos ___ dias do mês de ____________________ do ano de ________, no Cartório de Notas da Comarca de ____________________, Estado de ________________, perante mim, Tabelião, compareceram as partes adiante qualificadas, a saber:</w:t>
      </w:r>
    </w:p>
    <w:p/>
    <w:p>
      <w:pPr>
        <w:jc w:val="both"/>
      </w:pPr>
      <w:r>
        <w:rPr>
          <w:b/>
          <w:i w:val="0"/>
          <w:sz w:val="22"/>
        </w:rPr>
        <w:t>DOADOR: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______________________________________________________________, brasileiro(a), estado civil ____________, profissão ____________________, portador(a) do CPF nº ________________, RG nº ________________, residente e domiciliado(a) na ________________________________________________, nº ______, bairro ___________________, cidade ____________________________, Estado ________________.</w:t>
      </w:r>
    </w:p>
    <w:p/>
    <w:p>
      <w:pPr>
        <w:jc w:val="both"/>
      </w:pPr>
      <w:r>
        <w:rPr>
          <w:b/>
          <w:i w:val="0"/>
          <w:sz w:val="22"/>
        </w:rPr>
        <w:t>DONATÁRIO: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______________________________________________________________, brasileiro(a), estado civil ____________, profissão ____________________, portador(a) do CPF nº ________________, RG nº ________________, residente e domiciliado(a) na ________________________________________________, nº ______, bairro ___________________, cidade ____________________________, Estado ________________.</w:t>
      </w:r>
    </w:p>
    <w:p/>
    <w:p>
      <w:pPr>
        <w:jc w:val="both"/>
      </w:pPr>
      <w:r>
        <w:rPr>
          <w:b/>
          <w:i w:val="0"/>
          <w:sz w:val="22"/>
        </w:rPr>
        <w:t>DO OBJETO DA DOAÇÃO:</w:t>
      </w:r>
    </w:p>
    <w:p>
      <w:pPr>
        <w:jc w:val="both"/>
      </w:pPr>
      <w:r>
        <w:rPr>
          <w:b w:val="0"/>
          <w:i w:val="0"/>
          <w:sz w:val="22"/>
        </w:rPr>
        <w:t>O DOADOR é legítimo possuidor e proprietário do(s) bem(ns) abaixo descrito(s) e especificado(s), que doa gratuitamente ao DONATÁRIO, que aceita, nos termos e condições deste instrumento:</w:t>
      </w:r>
    </w:p>
    <w:p/>
    <w:p>
      <w:pPr>
        <w:jc w:val="both"/>
      </w:pPr>
      <w:r>
        <w:rPr>
          <w:b w:val="0"/>
          <w:i w:val="0"/>
          <w:sz w:val="22"/>
        </w:rPr>
        <w:t>1. Descrição do imóvel:</w:t>
      </w:r>
    </w:p>
    <w:p>
      <w:pPr>
        <w:jc w:val="both"/>
      </w:pPr>
      <w:r>
        <w:rPr>
          <w:b w:val="0"/>
          <w:i w:val="0"/>
          <w:sz w:val="22"/>
        </w:rPr>
        <w:t>Imóvel localizado na ________________________________________________, nº ______, bairro ___________________, cidade ________________________________, Estado ________________, com as seguintes características e confrontações:</w:t>
      </w:r>
    </w:p>
    <w:p>
      <w:pPr>
        <w:jc w:val="both"/>
      </w:pPr>
      <w:r>
        <w:rPr>
          <w:b w:val="0"/>
          <w:i w:val="0"/>
          <w:sz w:val="22"/>
        </w:rPr>
        <w:t>Matrícula nº ___________ do Cartório de Registro de Imóveis da Comarca de ______________________.</w:t>
      </w:r>
    </w:p>
    <w:p>
      <w:pPr>
        <w:jc w:val="both"/>
      </w:pPr>
      <w:r>
        <w:rPr>
          <w:b w:val="0"/>
          <w:i w:val="0"/>
          <w:sz w:val="22"/>
        </w:rPr>
        <w:t>Área total: __________ metros quadrados.</w:t>
      </w:r>
    </w:p>
    <w:p/>
    <w:p>
      <w:pPr>
        <w:jc w:val="both"/>
      </w:pPr>
      <w:r>
        <w:rPr>
          <w:b/>
          <w:i w:val="0"/>
          <w:sz w:val="22"/>
        </w:rPr>
        <w:t>CONDIÇÕES DA DOAÇÃO:</w:t>
      </w:r>
    </w:p>
    <w:p>
      <w:pPr>
        <w:jc w:val="both"/>
      </w:pPr>
      <w:r>
        <w:rPr>
          <w:b w:val="0"/>
          <w:i w:val="0"/>
          <w:sz w:val="22"/>
        </w:rPr>
        <w:t>2. A presente doação é feita de forma irrevogável e irretratável, sem ônus para o DONATÁRIO, que a aceita expressamente.</w:t>
      </w:r>
    </w:p>
    <w:p>
      <w:pPr>
        <w:jc w:val="both"/>
      </w:pPr>
      <w:r>
        <w:rPr>
          <w:b w:val="0"/>
          <w:i w:val="0"/>
          <w:sz w:val="22"/>
        </w:rPr>
        <w:t>3. O DOADOR declara que o bem objeto desta doação encontra-se livre e desembaraçado de quaisquer ônus, dívidas, hipotecas, penhoras ou ações judiciais.</w:t>
      </w:r>
    </w:p>
    <w:p>
      <w:pPr>
        <w:jc w:val="both"/>
      </w:pPr>
      <w:r>
        <w:rPr>
          <w:b w:val="0"/>
          <w:i w:val="0"/>
          <w:sz w:val="22"/>
        </w:rPr>
        <w:t>4. O DONATÁRIO se responsabiliza por quaisquer tributos, taxas, despesas e encargos que incidam ou venham a incidir sobre o bem doado, a partir da data da assinatura desta escritura.</w:t>
      </w:r>
    </w:p>
    <w:p>
      <w:pPr>
        <w:jc w:val="both"/>
      </w:pPr>
      <w:r>
        <w:rPr>
          <w:b w:val="0"/>
          <w:i w:val="0"/>
          <w:sz w:val="22"/>
        </w:rPr>
        <w:t>5. O DOADOR se compromete a outorgar ao DONATÁRIO toda a documentação necessária para o registro desta doação junto ao competente Cartório de Registro de Imóveis.</w:t>
      </w:r>
    </w:p>
    <w:p/>
    <w:p>
      <w:pPr>
        <w:jc w:val="both"/>
      </w:pPr>
      <w:r>
        <w:rPr>
          <w:b/>
          <w:i w:val="0"/>
          <w:sz w:val="22"/>
        </w:rPr>
        <w:t>CLÁUSULAS ESPECIAIS: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DISPOSIÇÕES GERAIS:</w:t>
      </w:r>
    </w:p>
    <w:p>
      <w:pPr>
        <w:jc w:val="both"/>
      </w:pPr>
      <w:r>
        <w:rPr>
          <w:b w:val="0"/>
          <w:i w:val="0"/>
          <w:sz w:val="22"/>
        </w:rPr>
        <w:t>6. As partes elegem o foro da comarca de ____________________, Estado de ________________, para dirimir quaisquer dúvidas ou questões oriundas deste instrumento.</w:t>
      </w:r>
    </w:p>
    <w:p/>
    <w:p>
      <w:pPr>
        <w:jc w:val="both"/>
      </w:pPr>
      <w:r>
        <w:rPr>
          <w:b w:val="0"/>
          <w:i w:val="0"/>
          <w:sz w:val="22"/>
        </w:rPr>
        <w:t>E, por estarem assim justas e contratadas, assinam o presente instrumento em ___ (___) vias de igual teor e forma, na presença das testemunhas abaixo assinadas.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r>
              <w:rPr>
                <w:b/>
              </w:rPr>
              <w:t>DOADOR</w:t>
            </w:r>
          </w:p>
        </w:tc>
        <w:tc>
          <w:tcPr>
            <w:tcW w:type="dxa" w:w="4535"/>
          </w:tcPr>
          <w:p>
            <w:r>
              <w:rPr>
                <w:b/>
              </w:rPr>
              <w:t>DONATÁRIO</w:t>
            </w:r>
          </w:p>
        </w:tc>
      </w:tr>
      <w:tr>
        <w:tc>
          <w:tcPr>
            <w:tcW w:type="dxa" w:w="4535"/>
          </w:tcPr>
          <w:p>
            <w:r>
              <w:br/>
              <w:br/>
              <w:br/>
              <w:br/>
            </w:r>
          </w:p>
        </w:tc>
        <w:tc>
          <w:tcPr>
            <w:tcW w:type="dxa" w:w="4535"/>
          </w:tcPr>
          <w:p>
            <w:r>
              <w:br/>
              <w:br/>
              <w:br/>
              <w:br/>
            </w:r>
          </w:p>
        </w:tc>
      </w:tr>
      <w:tr>
        <w:tc>
          <w:tcPr>
            <w:tcW w:type="dxa" w:w="4535"/>
          </w:tcPr>
          <w:p>
            <w:pPr>
              <w:jc w:val="center"/>
            </w:pPr>
            <w:r>
              <w:t>Nome: ____________________________________________</w:t>
              <w:br/>
            </w:r>
            <w:r>
              <w:t>RG: _____________________________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t>Nome: ____________________________________________</w:t>
              <w:br/>
            </w:r>
            <w:r>
              <w:t>RG: _____________________________</w:t>
            </w:r>
          </w:p>
        </w:tc>
      </w:tr>
    </w:tbl>
    <w:p/>
    <w:p/>
    <w:p>
      <w:pPr>
        <w:jc w:val="both"/>
      </w:pPr>
      <w:r>
        <w:rPr>
          <w:b/>
          <w:i w:val="0"/>
          <w:sz w:val="22"/>
        </w:rPr>
        <w:t>TESTEMUNHAS: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402"/>
          </w:tcPr>
          <w:p>
            <w:r>
              <w:rPr>
                <w:b/>
              </w:rPr>
              <w:t>Nome</w:t>
            </w:r>
          </w:p>
        </w:tc>
        <w:tc>
          <w:tcPr>
            <w:tcW w:type="dxa" w:w="3402"/>
          </w:tcPr>
          <w:p>
            <w:r>
              <w:rPr>
                <w:b/>
              </w:rPr>
              <w:t>RG</w:t>
            </w:r>
          </w:p>
        </w:tc>
        <w:tc>
          <w:tcPr>
            <w:tcW w:type="dxa" w:w="2268"/>
          </w:tcPr>
          <w:p>
            <w:r>
              <w:rPr>
                <w:b/>
              </w:rPr>
              <w:t>Assinatura</w:t>
            </w:r>
          </w:p>
        </w:tc>
      </w:tr>
      <w:tr>
        <w:tc>
          <w:tcPr>
            <w:tcW w:type="dxa" w:w="3402"/>
          </w:tcPr>
          <w:p>
            <w:r>
              <w:br/>
              <w:br/>
            </w:r>
          </w:p>
        </w:tc>
        <w:tc>
          <w:tcPr>
            <w:tcW w:type="dxa" w:w="3402"/>
          </w:tcPr>
          <w:p>
            <w:r>
              <w:br/>
              <w:br/>
            </w:r>
          </w:p>
        </w:tc>
        <w:tc>
          <w:tcPr>
            <w:tcW w:type="dxa" w:w="2268"/>
          </w:tcPr>
          <w:p>
            <w:r>
              <w:br/>
              <w:br/>
            </w:r>
          </w:p>
        </w:tc>
      </w:tr>
    </w:tbl>
    <w:p/>
    <w:p>
      <w:pPr>
        <w:jc w:val="both"/>
      </w:pPr>
      <w:r>
        <w:rPr>
          <w:b w:val="0"/>
          <w:i w:val="0"/>
          <w:sz w:val="22"/>
        </w:rPr>
        <w:t>Obs.: A presente escritura deverá ser registrada no Cartório de Registro de Imóveis competente para a validade perante terceiros.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https://adv-modelos.com/escritura-de-doacao/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escritura-de-doaca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