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LAUDO PSICOLÓGICO</w:t>
      </w:r>
    </w:p>
    <w:p/>
    <w:p/>
    <w:p>
      <w:r>
        <w:rPr>
          <w:b/>
          <w:sz w:val="22"/>
        </w:rPr>
        <w:t>I – IDENTIFICAÇÃO</w:t>
      </w:r>
    </w:p>
    <w:p/>
    <w:p>
      <w:r>
        <w:rPr>
          <w:b w:val="0"/>
          <w:i w:val="0"/>
          <w:sz w:val="20"/>
        </w:rPr>
        <w:t>Nome completo: _________________________________________________</w:t>
      </w:r>
    </w:p>
    <w:p>
      <w:r>
        <w:rPr>
          <w:b w:val="0"/>
          <w:i w:val="0"/>
          <w:sz w:val="20"/>
        </w:rPr>
        <w:t>Data de nascimento: ___________________________________________</w:t>
      </w:r>
    </w:p>
    <w:p>
      <w:r>
        <w:rPr>
          <w:b w:val="0"/>
          <w:i w:val="0"/>
          <w:sz w:val="20"/>
        </w:rPr>
        <w:t>Sexo: _________________________________________________________</w:t>
      </w:r>
    </w:p>
    <w:p>
      <w:r>
        <w:rPr>
          <w:b w:val="0"/>
          <w:i w:val="0"/>
          <w:sz w:val="20"/>
        </w:rPr>
        <w:t>Estado civil: _________________________________________________</w:t>
      </w:r>
    </w:p>
    <w:p>
      <w:r>
        <w:rPr>
          <w:b w:val="0"/>
          <w:i w:val="0"/>
          <w:sz w:val="20"/>
        </w:rPr>
        <w:t>Profissão: _____________________________________________________</w:t>
      </w:r>
    </w:p>
    <w:p>
      <w:r>
        <w:rPr>
          <w:b w:val="0"/>
          <w:i w:val="0"/>
          <w:sz w:val="20"/>
        </w:rPr>
        <w:t>Endereço: _____________________________________________________</w:t>
      </w:r>
    </w:p>
    <w:p>
      <w:r>
        <w:rPr>
          <w:b w:val="0"/>
          <w:i w:val="0"/>
          <w:sz w:val="20"/>
        </w:rPr>
        <w:t>Telefone: _____________________________________________________</w:t>
      </w:r>
    </w:p>
    <w:p>
      <w:r>
        <w:rPr>
          <w:b w:val="0"/>
          <w:i w:val="0"/>
          <w:sz w:val="20"/>
        </w:rPr>
        <w:t>E-mail: _______________________________________________________</w:t>
      </w:r>
    </w:p>
    <w:p>
      <w:r>
        <w:rPr>
          <w:b w:val="0"/>
          <w:i w:val="0"/>
          <w:sz w:val="20"/>
        </w:rPr>
        <w:t>Solicitante do exame: __________________________________________</w:t>
      </w:r>
    </w:p>
    <w:p>
      <w:r>
        <w:rPr>
          <w:b w:val="0"/>
          <w:i w:val="0"/>
          <w:sz w:val="20"/>
        </w:rPr>
        <w:t>Data da avaliação: ____________________________________________</w:t>
      </w:r>
    </w:p>
    <w:p/>
    <w:p/>
    <w:p>
      <w:r>
        <w:rPr>
          <w:b/>
          <w:sz w:val="22"/>
        </w:rPr>
        <w:t>II – QUEIXA PRINCIPAL E HISTÓRICO</w:t>
      </w:r>
    </w:p>
    <w:p/>
    <w:p>
      <w:r>
        <w:rPr>
          <w:b w:val="0"/>
          <w:i w:val="0"/>
          <w:sz w:val="20"/>
        </w:rPr>
        <w:t>Queixa principal: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</w:r>
    </w:p>
    <w:p>
      <w:r>
        <w:rPr>
          <w:b w:val="0"/>
          <w:i w:val="0"/>
          <w:sz w:val="20"/>
        </w:rPr>
        <w:t>Histórico clínico, social e ocupacional: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/>
    <w:p/>
    <w:p>
      <w:r>
        <w:rPr>
          <w:b/>
          <w:sz w:val="22"/>
        </w:rPr>
        <w:t>III – AVALIAÇÃO PSICOLÓGICA</w:t>
      </w:r>
    </w:p>
    <w:p/>
    <w:p>
      <w:r>
        <w:rPr>
          <w:b w:val="0"/>
          <w:i w:val="0"/>
          <w:sz w:val="20"/>
        </w:rPr>
        <w:t>Instrumentos utilizados: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</w:r>
    </w:p>
    <w:p>
      <w:r>
        <w:rPr>
          <w:b w:val="0"/>
          <w:i w:val="0"/>
          <w:sz w:val="20"/>
        </w:rPr>
        <w:t>Observações comportamentais durante a avaliação: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</w:r>
    </w:p>
    <w:p>
      <w:r>
        <w:rPr>
          <w:b w:val="0"/>
          <w:i w:val="0"/>
          <w:sz w:val="20"/>
        </w:rPr>
        <w:t>Resultados dos testes psicológicos: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</w:r>
    </w:p>
    <w:p>
      <w:r>
        <w:rPr>
          <w:b w:val="0"/>
          <w:i w:val="0"/>
          <w:sz w:val="20"/>
        </w:rPr>
        <w:t>Análise e interpretação: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/>
    <w:p/>
    <w:p>
      <w:r>
        <w:rPr>
          <w:b/>
          <w:sz w:val="22"/>
        </w:rPr>
        <w:t>IV – DIAGNÓSTICO</w:t>
      </w:r>
    </w:p>
    <w:p/>
    <w:p>
      <w:r>
        <w:rPr>
          <w:b w:val="0"/>
          <w:i w:val="0"/>
          <w:sz w:val="20"/>
        </w:rPr>
        <w:t>Com base nos critérios diagnósticos vigentes (CID-10 ou DSM-5), conclui-se que: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/>
    <w:p/>
    <w:p>
      <w:r>
        <w:rPr>
          <w:b/>
          <w:sz w:val="22"/>
        </w:rPr>
        <w:t>V – PROGNÓSTICO</w:t>
      </w:r>
    </w:p>
    <w:p/>
    <w:p>
      <w:r>
        <w:rPr>
          <w:b w:val="0"/>
          <w:i w:val="0"/>
          <w:sz w:val="20"/>
        </w:rPr>
        <w:t>Considerações sobre o prognóstico do paciente: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/>
    <w:p/>
    <w:p>
      <w:r>
        <w:rPr>
          <w:b/>
          <w:sz w:val="22"/>
        </w:rPr>
        <w:t>VI – RECOMENDAÇÕES</w:t>
      </w:r>
    </w:p>
    <w:p/>
    <w:p>
      <w:r>
        <w:rPr>
          <w:b w:val="0"/>
          <w:i w:val="0"/>
          <w:sz w:val="20"/>
        </w:rPr>
        <w:t>Sugestões para tratamento, acompanhamento ou encaminhamentos: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</w:t>
      </w:r>
    </w:p>
    <w:p/>
    <w:p/>
    <w:p>
      <w:r>
        <w:rPr>
          <w:b/>
          <w:sz w:val="22"/>
        </w:rPr>
        <w:t>VII – CONSIDERAÇÕES FINAIS</w:t>
      </w:r>
    </w:p>
    <w:p/>
    <w:p>
      <w:r>
        <w:rPr>
          <w:b w:val="0"/>
          <w:i w:val="0"/>
          <w:sz w:val="20"/>
        </w:rPr>
        <w:t>Este laudo foi elaborado com base nas informações fornecidas e na avaliação psicológica realizada.</w:t>
      </w:r>
    </w:p>
    <w:p>
      <w:r>
        <w:rPr>
          <w:b w:val="0"/>
          <w:i w:val="0"/>
          <w:sz w:val="20"/>
        </w:rPr>
        <w:t>As informações aqui contidas são confidenciais e destinadas exclusivamente ao solicitante.</w:t>
      </w:r>
    </w:p>
    <w:p>
      <w:r>
        <w:rPr>
          <w:b w:val="0"/>
          <w:i w:val="0"/>
          <w:sz w:val="20"/>
        </w:rPr>
        <w:t>O profissional está à disposição para esclarecimentos adicionais, se necessário.</w:t>
      </w:r>
    </w:p>
    <w:p/>
    <w:p/>
    <w:p/>
    <w:p>
      <w:pPr>
        <w:jc w:val="center"/>
      </w:pPr>
      <w:r>
        <w:rPr>
          <w:b w:val="0"/>
          <w:i w:val="0"/>
          <w:sz w:val="20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0"/>
        </w:rPr>
        <w:t>Nome do Psicólogo(a)</w:t>
      </w:r>
    </w:p>
    <w:p>
      <w:pPr>
        <w:jc w:val="center"/>
      </w:pPr>
      <w:r>
        <w:rPr>
          <w:b w:val="0"/>
          <w:i w:val="0"/>
          <w:sz w:val="20"/>
        </w:rPr>
        <w:t>CRP nº ____________</w:t>
      </w:r>
    </w:p>
    <w:p>
      <w:pPr>
        <w:jc w:val="center"/>
      </w:pPr>
      <w:r>
        <w:rPr>
          <w:b w:val="0"/>
          <w:i w:val="0"/>
          <w:sz w:val="20"/>
        </w:rPr>
        <w:t>Assinatura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https://adv-modelos.com/laudo-psicologico/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laudo-psicologic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