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NOTA PROMISSÓRIA</w:t>
      </w:r>
    </w:p>
    <w:p/>
    <w:p/>
    <w:p>
      <w:r>
        <w:rPr>
          <w:b w:val="0"/>
          <w:i w:val="0"/>
          <w:sz w:val="22"/>
        </w:rPr>
        <w:t>Valor: R$ ________________________________________________________________</w:t>
      </w:r>
    </w:p>
    <w:p>
      <w:r>
        <w:rPr>
          <w:b w:val="0"/>
          <w:i w:val="0"/>
          <w:sz w:val="22"/>
        </w:rPr>
        <w:t>Pagamento em: __________________________________________________________</w:t>
      </w:r>
    </w:p>
    <w:p>
      <w:r>
        <w:rPr>
          <w:b w:val="0"/>
          <w:i w:val="0"/>
          <w:sz w:val="22"/>
        </w:rPr>
        <w:t>Local do pagamento: _____________________________________________________</w:t>
      </w:r>
    </w:p>
    <w:p/>
    <w:p>
      <w:r>
        <w:rPr>
          <w:b w:val="0"/>
          <w:i w:val="0"/>
          <w:sz w:val="22"/>
        </w:rPr>
        <w:t>Eu, ________________________________________________, portador(a) do CPF nº ________________,</w:t>
      </w:r>
    </w:p>
    <w:p>
      <w:r>
        <w:rPr>
          <w:b w:val="0"/>
          <w:i w:val="0"/>
          <w:sz w:val="22"/>
        </w:rPr>
        <w:t>residente e domiciliado(a) à ________________________________________________________________,</w:t>
      </w:r>
    </w:p>
    <w:p>
      <w:r>
        <w:rPr>
          <w:b w:val="0"/>
          <w:i w:val="0"/>
          <w:sz w:val="22"/>
        </w:rPr>
        <w:t>prometo pagar a quantia acima mencionada a favor de ____________________________________________,</w:t>
      </w:r>
    </w:p>
    <w:p>
      <w:r>
        <w:rPr>
          <w:b w:val="0"/>
          <w:i w:val="0"/>
          <w:sz w:val="22"/>
        </w:rPr>
        <w:t>portador(a) do CPF nº ________________, residente e domiciliado(a) à ________________________________________________________________.</w:t>
      </w:r>
    </w:p>
    <w:p/>
    <w:p>
      <w:r>
        <w:rPr>
          <w:b w:val="0"/>
          <w:i w:val="0"/>
          <w:sz w:val="22"/>
        </w:rPr>
        <w:t>Esta Nota Promissória é emitida em conformidade com a Lei nº 10.931/2004 e o Decreto nº 57.663/1966,</w:t>
      </w:r>
    </w:p>
    <w:p>
      <w:r>
        <w:rPr>
          <w:b w:val="0"/>
          <w:i w:val="0"/>
          <w:sz w:val="22"/>
        </w:rPr>
        <w:t>sendo título de crédito executivo extrajudicial, conforme disposto no artigo 784, inciso I do Código</w:t>
      </w:r>
    </w:p>
    <w:p>
      <w:r>
        <w:rPr>
          <w:b w:val="0"/>
          <w:i w:val="0"/>
          <w:sz w:val="22"/>
        </w:rPr>
        <w:t>de Processo Civil brasileiro.</w:t>
      </w:r>
    </w:p>
    <w:p/>
    <w:p>
      <w:r>
        <w:rPr>
          <w:b w:val="0"/>
          <w:i w:val="0"/>
          <w:sz w:val="22"/>
        </w:rPr>
        <w:t>Fica eleita a comarca de __________________________ para quaisquer ações judiciais derivadas desta</w:t>
      </w:r>
    </w:p>
    <w:p>
      <w:r>
        <w:rPr>
          <w:b w:val="0"/>
          <w:i w:val="0"/>
          <w:sz w:val="22"/>
        </w:rPr>
        <w:t>Nota Promissória, com renúncia expressa a qualquer outro foro, por mais privilegiado que seja.</w:t>
      </w:r>
    </w:p>
    <w:p/>
    <w:p>
      <w:r>
        <w:rPr>
          <w:b w:val="0"/>
          <w:i w:val="0"/>
          <w:sz w:val="22"/>
        </w:rPr>
        <w:t>Em caso de não pagamento na data do vencimento, será acrescido juros de mora de 1% (um por cento) ao mês,</w:t>
      </w:r>
    </w:p>
    <w:p>
      <w:r>
        <w:rPr>
          <w:b w:val="0"/>
          <w:i w:val="0"/>
          <w:sz w:val="22"/>
        </w:rPr>
        <w:t>além de multa de 2% (dois por cento) sobre o valor principal, sem prejuízo da atualização monetária.</w:t>
      </w:r>
    </w:p>
    <w:p/>
    <w:p>
      <w:r>
        <w:rPr>
          <w:b w:val="0"/>
          <w:i w:val="0"/>
          <w:sz w:val="22"/>
        </w:rPr>
        <w:t>Esta Nota Promissória é emitida em moeda corrente do Brasil e deverá ser paga no local acima indicado.</w:t>
      </w:r>
    </w:p>
    <w:p/>
    <w:p>
      <w:r>
        <w:rPr>
          <w:b w:val="0"/>
          <w:i w:val="0"/>
          <w:sz w:val="22"/>
        </w:rPr>
        <w:t>______________________________, ____ de ____________________ de ________</w:t>
      </w:r>
    </w:p>
    <w:p>
      <w:r>
        <w:rPr>
          <w:b w:val="0"/>
          <w:i w:val="0"/>
          <w:sz w:val="22"/>
        </w:rPr>
        <w:t>Local e data</w:t>
      </w:r>
    </w:p>
    <w:p/>
    <w:p>
      <w:r>
        <w:rPr>
          <w:b w:val="0"/>
          <w:i w:val="0"/>
          <w:sz w:val="22"/>
        </w:rPr>
        <w:t>__________________________________________</w:t>
      </w:r>
    </w:p>
    <w:p>
      <w:r>
        <w:rPr>
          <w:b w:val="0"/>
          <w:i w:val="0"/>
          <w:sz w:val="22"/>
        </w:rPr>
        <w:t>Assinatura do Emitente (Devedor)</w:t>
      </w:r>
    </w:p>
    <w:p/>
    <w:p>
      <w:r>
        <w:rPr>
          <w:b w:val="0"/>
          <w:i w:val="0"/>
          <w:sz w:val="22"/>
        </w:rPr>
        <w:t>__________________________________________</w:t>
      </w:r>
    </w:p>
    <w:p>
      <w:r>
        <w:rPr>
          <w:b w:val="0"/>
          <w:i w:val="0"/>
          <w:sz w:val="22"/>
        </w:rPr>
        <w:t>Assinatura do Beneficiário (Credor)</w:t>
      </w:r>
    </w:p>
    <w:p/>
    <w:p>
      <w:r>
        <w:rPr>
          <w:b/>
          <w:i w:val="0"/>
          <w:sz w:val="22"/>
        </w:rPr>
        <w:t>Testemunhas:</w:t>
      </w:r>
    </w:p>
    <w:p>
      <w:r>
        <w:rPr>
          <w:b/>
          <w:i w:val="0"/>
          <w:sz w:val="22"/>
        </w:rPr>
        <w:t>1) Nome: _____________________________________ CPF: _______________________ Assinatura: ______________________</w:t>
      </w:r>
    </w:p>
    <w:p>
      <w:r>
        <w:rPr>
          <w:b/>
          <w:i w:val="0"/>
          <w:sz w:val="22"/>
        </w:rPr>
        <w:t>2) Nome: _____________________________________ CPF: _______________________ Assinatura: 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https://adv-modelos.com/nota-promissoria/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nota-promissoria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