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OFÍCIO</w:t>
      </w:r>
    </w:p>
    <w:p/>
    <w:p/>
    <w:p>
      <w:pPr>
        <w:jc w:val="both"/>
      </w:pPr>
      <w:r>
        <w:rPr>
          <w:b w:val="0"/>
          <w:i w:val="0"/>
          <w:sz w:val="22"/>
        </w:rPr>
        <w:t>À</w:t>
      </w:r>
    </w:p>
    <w:p>
      <w:pPr>
        <w:jc w:val="both"/>
      </w:pPr>
      <w:r>
        <w:rPr>
          <w:b w:val="0"/>
          <w:i w:val="0"/>
          <w:sz w:val="22"/>
        </w:rPr>
        <w:t>Empresa: 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CNPJ: 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Cidade - Estado: ________________________________________</w:t>
      </w:r>
    </w:p>
    <w:p/>
    <w:p>
      <w:pPr>
        <w:jc w:val="both"/>
      </w:pPr>
      <w:r>
        <w:rPr>
          <w:b/>
          <w:i w:val="0"/>
          <w:sz w:val="22"/>
        </w:rPr>
        <w:t>Ref.: _________________________________________________</w:t>
      </w:r>
    </w:p>
    <w:p/>
    <w:p/>
    <w:p>
      <w:pPr>
        <w:ind w:firstLine="709"/>
        <w:jc w:val="both"/>
      </w:pPr>
      <w:r>
        <w:rPr>
          <w:sz w:val="22"/>
        </w:rPr>
        <w:t>Prezado(s) Senhor(es),</w:t>
      </w:r>
    </w:p>
    <w:p/>
    <w:p>
      <w:pPr>
        <w:ind w:firstLine="709"/>
        <w:jc w:val="both"/>
      </w:pPr>
      <w:r>
        <w:rPr>
          <w:sz w:val="22"/>
        </w:rPr>
        <w:t>Cumprimentando-os cordialmente, sirvo-me do presente para solicitar informações/documentos necessários relativos ao contrato de trabalho do(a) empregado(a) abaixo identificado(a), conforme previsto na legislação trabalhista vigente e visando assegurar a observância dos direitos e deveres das partes envolvidas.</w:t>
      </w:r>
    </w:p>
    <w:p/>
    <w:p>
      <w:pPr>
        <w:jc w:val="both"/>
      </w:pPr>
      <w:r>
        <w:rPr>
          <w:b/>
          <w:i w:val="0"/>
          <w:sz w:val="22"/>
        </w:rPr>
        <w:t>Dados do(a) empregado(a):</w:t>
      </w:r>
    </w:p>
    <w:p>
      <w:pPr>
        <w:jc w:val="both"/>
      </w:pPr>
      <w:r>
        <w:rPr>
          <w:b w:val="0"/>
          <w:i w:val="0"/>
          <w:sz w:val="22"/>
        </w:rPr>
        <w:t>Nome completo: 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CPF: 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CTPS nº: _______________ Série: _______ UF: ________________</w:t>
      </w:r>
    </w:p>
    <w:p>
      <w:pPr>
        <w:jc w:val="both"/>
      </w:pPr>
      <w:r>
        <w:rPr>
          <w:b w:val="0"/>
          <w:i w:val="0"/>
          <w:sz w:val="22"/>
        </w:rPr>
        <w:t>Cargo/Função: 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Data de admissão: ____/____/________</w:t>
      </w:r>
    </w:p>
    <w:p/>
    <w:p>
      <w:pPr>
        <w:ind w:firstLine="709"/>
        <w:jc w:val="both"/>
      </w:pPr>
      <w:r>
        <w:rPr>
          <w:sz w:val="22"/>
        </w:rPr>
        <w:t>Solicitamos, portanto, o envio dos seguintes documentos/informações, no prazo legal previsto, para fins de instrução processual e eventual defesa administrativa ou judicial:</w:t>
      </w:r>
    </w:p>
    <w:p/>
    <w:p>
      <w:pPr>
        <w:jc w:val="both"/>
      </w:pPr>
      <w:r>
        <w:rPr>
          <w:b w:val="0"/>
          <w:i w:val="0"/>
          <w:sz w:val="22"/>
        </w:rPr>
        <w:t>1. Cópia da CTPS devidamente atualizada;</w:t>
      </w:r>
    </w:p>
    <w:p>
      <w:pPr>
        <w:jc w:val="both"/>
      </w:pPr>
      <w:r>
        <w:rPr>
          <w:b w:val="0"/>
          <w:i w:val="0"/>
          <w:sz w:val="22"/>
        </w:rPr>
        <w:t>2. Folhas de pagamento e recibos de salários do período laborado;</w:t>
      </w:r>
    </w:p>
    <w:p>
      <w:pPr>
        <w:jc w:val="both"/>
      </w:pPr>
      <w:r>
        <w:rPr>
          <w:b w:val="0"/>
          <w:i w:val="0"/>
          <w:sz w:val="22"/>
        </w:rPr>
        <w:t>3. Comprovantes de recolhimento do FGTS;</w:t>
      </w:r>
    </w:p>
    <w:p>
      <w:pPr>
        <w:jc w:val="both"/>
      </w:pPr>
      <w:r>
        <w:rPr>
          <w:b w:val="0"/>
          <w:i w:val="0"/>
          <w:sz w:val="22"/>
        </w:rPr>
        <w:t>4. Acordos ou convenções coletivas aplicáveis;</w:t>
      </w:r>
    </w:p>
    <w:p>
      <w:pPr>
        <w:jc w:val="both"/>
      </w:pPr>
      <w:r>
        <w:rPr>
          <w:b w:val="0"/>
          <w:i w:val="0"/>
          <w:sz w:val="22"/>
        </w:rPr>
        <w:t>5. Documentação relativa a férias, licenças e afastamentos;</w:t>
      </w:r>
    </w:p>
    <w:p>
      <w:pPr>
        <w:jc w:val="both"/>
      </w:pPr>
      <w:r>
        <w:rPr>
          <w:b w:val="0"/>
          <w:i w:val="0"/>
          <w:sz w:val="22"/>
        </w:rPr>
        <w:t>6. Termos de rescisão e homologações, se houver;</w:t>
      </w:r>
    </w:p>
    <w:p>
      <w:pPr>
        <w:jc w:val="both"/>
      </w:pPr>
      <w:r>
        <w:rPr>
          <w:b w:val="0"/>
          <w:i w:val="0"/>
          <w:sz w:val="22"/>
        </w:rPr>
        <w:t>7. Registros de jornada e controle de ponto;</w:t>
      </w:r>
    </w:p>
    <w:p>
      <w:pPr>
        <w:jc w:val="both"/>
      </w:pPr>
      <w:r>
        <w:rPr>
          <w:b w:val="0"/>
          <w:i w:val="0"/>
          <w:sz w:val="22"/>
        </w:rPr>
        <w:t>8. Qualquer outro documento pertinente ao vínculo empregatício.</w:t>
      </w:r>
    </w:p>
    <w:p/>
    <w:p>
      <w:pPr>
        <w:ind w:firstLine="709"/>
        <w:jc w:val="both"/>
      </w:pPr>
      <w:r>
        <w:rPr>
          <w:sz w:val="22"/>
        </w:rPr>
        <w:t>Esclarecemos que o fornecimento das informações solicitadas é indispensável para o correto andamento do processo e para garantir o fiel cumprimento das normas legais e contratuais.</w:t>
      </w:r>
    </w:p>
    <w:p/>
    <w:p>
      <w:pPr>
        <w:ind w:firstLine="709"/>
        <w:jc w:val="both"/>
      </w:pPr>
      <w:r>
        <w:rPr>
          <w:sz w:val="22"/>
        </w:rPr>
        <w:t>Certos de sua colaboração, agradecemos antecipadamente e colocamo-nos à disposição para eventuais esclarecimentos.</w:t>
      </w:r>
    </w:p>
    <w:p/>
    <w:p/>
    <w:p>
      <w:pPr>
        <w:jc w:val="both"/>
      </w:pPr>
      <w:r>
        <w:rPr>
          <w:b w:val="0"/>
          <w:i w:val="0"/>
          <w:sz w:val="22"/>
        </w:rPr>
        <w:t>Atenciosamente,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____________________________________________________</w:t>
      </w:r>
    </w:p>
    <w:p>
      <w:pPr>
        <w:jc w:val="center"/>
      </w:pPr>
      <w:r>
        <w:rPr>
          <w:b/>
          <w:i w:val="0"/>
          <w:sz w:val="22"/>
        </w:rPr>
        <w:t>Nome do Responsável</w:t>
      </w:r>
    </w:p>
    <w:p>
      <w:pPr>
        <w:jc w:val="center"/>
      </w:pPr>
      <w:r>
        <w:rPr>
          <w:b w:val="0"/>
          <w:i w:val="0"/>
          <w:sz w:val="22"/>
        </w:rPr>
        <w:t>Cargo/Função</w:t>
      </w:r>
    </w:p>
    <w:p>
      <w:pPr>
        <w:jc w:val="center"/>
      </w:pPr>
      <w:r>
        <w:rPr>
          <w:b w:val="0"/>
          <w:i w:val="0"/>
          <w:sz w:val="22"/>
        </w:rPr>
        <w:t>Empresa / Órgão Remetente</w:t>
      </w:r>
    </w:p>
    <w:p/>
    <w:p/>
    <w:p/>
    <w:p>
      <w:pPr>
        <w:jc w:val="both"/>
      </w:pPr>
      <w:r>
        <w:rPr>
          <w:b w:val="0"/>
          <w:i w:val="0"/>
          <w:sz w:val="22"/>
        </w:rPr>
        <w:t>Local: _____________________________</w:t>
      </w:r>
    </w:p>
    <w:p>
      <w:pPr>
        <w:jc w:val="both"/>
      </w:pPr>
      <w:r>
        <w:rPr>
          <w:b w:val="0"/>
          <w:i w:val="0"/>
          <w:sz w:val="22"/>
        </w:rPr>
        <w:t>Data: ____/____/________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https://adv-modelos.com/oficio-para-empresa/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oficio-para-empres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