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ACORDO TRABALHISTA</w:t>
      </w:r>
    </w:p>
    <w:p/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RECLAMADO: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 Reclamante foi admitido pelo Reclamado em ___/___/______, exercendo a função de _______________________________,</w:t>
      </w:r>
    </w:p>
    <w:p>
      <w:r>
        <w:rPr>
          <w:b w:val="0"/>
          <w:sz w:val="20"/>
        </w:rPr>
        <w:t xml:space="preserve">   percebendo salário mensal de R$ ______________.</w:t>
      </w:r>
    </w:p>
    <w:p/>
    <w:p>
      <w:r>
        <w:rPr>
          <w:b w:val="0"/>
          <w:sz w:val="20"/>
        </w:rPr>
        <w:t>2. Por motivos ___________________________________________________________, ocorreu a rescisão do contrato de trabalho em ___/___/______,</w:t>
      </w:r>
    </w:p>
    <w:p>
      <w:r>
        <w:rPr>
          <w:b w:val="0"/>
          <w:sz w:val="20"/>
        </w:rPr>
        <w:t xml:space="preserve">   conforme Termo de Rescisão que segue anexo.</w:t>
      </w:r>
    </w:p>
    <w:p/>
    <w:p>
      <w:r>
        <w:rPr>
          <w:b w:val="0"/>
          <w:sz w:val="20"/>
        </w:rPr>
        <w:t>3. Durante a vigência do contrato, houveram as seguintes ocorrências relevantes: 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</w:t>
      </w:r>
    </w:p>
    <w:p/>
    <w:p>
      <w:r>
        <w:rPr>
          <w:b/>
          <w:sz w:val="22"/>
        </w:rPr>
        <w:t>II – DO ACORDO</w:t>
      </w:r>
    </w:p>
    <w:p/>
    <w:p>
      <w:r>
        <w:rPr>
          <w:b w:val="0"/>
          <w:sz w:val="20"/>
        </w:rPr>
        <w:t>4. As partes, visando pôr fim ao litígio trabalhista e evitar demanda judicial, acordam celebrar a presente</w:t>
      </w:r>
    </w:p>
    <w:p>
      <w:r>
        <w:rPr>
          <w:b/>
          <w:sz w:val="20"/>
        </w:rPr>
        <w:t xml:space="preserve">   Petição de Acordo Trabalhista, nos termos e condições seguintes:</w:t>
      </w:r>
    </w:p>
    <w:p/>
    <w:p>
      <w:r>
        <w:rPr>
          <w:b w:val="0"/>
          <w:sz w:val="20"/>
        </w:rPr>
        <w:t>5. O Reclamado reconhece a rescisão contratual e concorda em pagar ao Reclamante a quantia total de R$ ____________,</w:t>
      </w:r>
    </w:p>
    <w:p>
      <w:r>
        <w:rPr>
          <w:b w:val="0"/>
          <w:sz w:val="20"/>
        </w:rPr>
        <w:t xml:space="preserve">   a título de quitação geral e irrestrita de todas as verbas trabalhistas decorrentes da relação empregatícia,</w:t>
      </w:r>
    </w:p>
    <w:p>
      <w:r>
        <w:rPr>
          <w:b/>
          <w:sz w:val="20"/>
        </w:rPr>
        <w:t xml:space="preserve">   incluindo, mas não se limitando a:</w:t>
      </w:r>
    </w:p>
    <w:p/>
    <w:p>
      <w:r>
        <w:rPr>
          <w:b w:val="0"/>
          <w:sz w:val="20"/>
        </w:rPr>
        <w:t xml:space="preserve">   - Saldo de salário: R$ ________________________________</w:t>
      </w:r>
    </w:p>
    <w:p>
      <w:r>
        <w:rPr>
          <w:b w:val="0"/>
          <w:sz w:val="20"/>
        </w:rPr>
        <w:t xml:space="preserve">   - Aviso prévio (trabalhado ou indenizado): R$ ______________</w:t>
      </w:r>
    </w:p>
    <w:p>
      <w:r>
        <w:rPr>
          <w:b w:val="0"/>
          <w:sz w:val="20"/>
        </w:rPr>
        <w:t xml:space="preserve">   - 13º salário proporcional: R$ ____________________________</w:t>
      </w:r>
    </w:p>
    <w:p>
      <w:r>
        <w:rPr>
          <w:b w:val="0"/>
          <w:sz w:val="20"/>
        </w:rPr>
        <w:t xml:space="preserve">   - Férias vencidas e proporcionais + 1/3: R$ _________________</w:t>
      </w:r>
    </w:p>
    <w:p>
      <w:r>
        <w:rPr>
          <w:b w:val="0"/>
          <w:sz w:val="20"/>
        </w:rPr>
        <w:t xml:space="preserve">   - FGTS + multa de 40%: R$ ________________________________</w:t>
      </w:r>
    </w:p>
    <w:p>
      <w:r>
        <w:rPr>
          <w:b w:val="0"/>
          <w:sz w:val="20"/>
        </w:rPr>
        <w:t xml:space="preserve">   - Multa do art. 477 da CLT: R$ _____________________________</w:t>
      </w:r>
    </w:p>
    <w:p>
      <w:r>
        <w:rPr>
          <w:b w:val="0"/>
          <w:sz w:val="20"/>
        </w:rPr>
        <w:t xml:space="preserve">   - Multa do art. 467 da CLT (se houver): R$ _________________</w:t>
      </w:r>
    </w:p>
    <w:p>
      <w:r>
        <w:rPr>
          <w:b w:val="0"/>
          <w:sz w:val="20"/>
        </w:rPr>
        <w:t xml:space="preserve">   - Horas extras e reflexos (se houver): R$ ___________________</w:t>
      </w:r>
    </w:p>
    <w:p>
      <w:r>
        <w:rPr>
          <w:b w:val="0"/>
          <w:sz w:val="20"/>
        </w:rPr>
        <w:t xml:space="preserve">   - Indenização por danos morais (se houver): R$ ______________</w:t>
      </w:r>
    </w:p>
    <w:p>
      <w:r>
        <w:rPr>
          <w:b w:val="0"/>
          <w:sz w:val="20"/>
        </w:rPr>
        <w:t xml:space="preserve">   - Outros valores: R$ ________________________________________</w:t>
      </w:r>
    </w:p>
    <w:p/>
    <w:p>
      <w:r>
        <w:rPr>
          <w:b/>
          <w:sz w:val="20"/>
        </w:rPr>
        <w:t>6. O pagamento será efetuado da seguinte forma:</w:t>
      </w:r>
    </w:p>
    <w:p/>
    <w:p>
      <w:r>
        <w:rPr>
          <w:b w:val="0"/>
          <w:sz w:val="20"/>
        </w:rPr>
        <w:t xml:space="preserve">   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</w:t>
      </w:r>
    </w:p>
    <w:p/>
    <w:p>
      <w:r>
        <w:rPr>
          <w:b w:val="0"/>
          <w:sz w:val="20"/>
        </w:rPr>
        <w:t>7. As partes acordam que, com a quitação acima, nada mais terão a reclamar, seja a que título for,</w:t>
      </w:r>
    </w:p>
    <w:p>
      <w:r>
        <w:rPr>
          <w:b w:val="0"/>
          <w:sz w:val="20"/>
        </w:rPr>
        <w:t xml:space="preserve">   renunciando a quaisquer direitos, ações ou créditos oriundos do contrato de trabalho extinto.</w:t>
      </w:r>
    </w:p>
    <w:p/>
    <w:p>
      <w:r>
        <w:rPr>
          <w:b/>
          <w:sz w:val="22"/>
        </w:rPr>
        <w:t>III – DAS PROVAS</w:t>
      </w:r>
    </w:p>
    <w:p/>
    <w:p>
      <w:r>
        <w:rPr>
          <w:b w:val="0"/>
          <w:sz w:val="20"/>
        </w:rPr>
        <w:t>8. As partes requerem a homologação judicial do presente acordo, para que produza todos os seus efeitos legais,</w:t>
      </w:r>
    </w:p>
    <w:p>
      <w:r>
        <w:rPr>
          <w:b w:val="0"/>
          <w:sz w:val="20"/>
        </w:rPr>
        <w:t xml:space="preserve">   inclusive para fins de quitação geral e irrevogável.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9. Diante do exposto, requerem:</w:t>
      </w:r>
    </w:p>
    <w:p/>
    <w:p>
      <w:r>
        <w:rPr>
          <w:b w:val="0"/>
          <w:sz w:val="20"/>
        </w:rPr>
        <w:t xml:space="preserve">   a) A homologação do presente acordo, com a consequente extinção do processo com resolução de mérito;</w:t>
      </w:r>
    </w:p>
    <w:p>
      <w:r>
        <w:rPr>
          <w:b w:val="0"/>
          <w:sz w:val="20"/>
        </w:rPr>
        <w:t xml:space="preserve">   b) A dispensa do pagamento de custas e honorários advocatícios, por força do acordo celebrado;</w:t>
      </w:r>
    </w:p>
    <w:p>
      <w:r>
        <w:rPr>
          <w:b w:val="0"/>
          <w:sz w:val="20"/>
        </w:rPr>
        <w:t xml:space="preserve">   c) A expedição de alvarás para levantamento do FGTS e habilitação no seguro-desemprego, se for o caso;</w:t>
      </w:r>
    </w:p>
    <w:p>
      <w:r>
        <w:rPr>
          <w:b w:val="0"/>
          <w:sz w:val="20"/>
        </w:rPr>
        <w:t xml:space="preserve">   d) A condenação do Reclamado ao pagamento das verbas constantes do acordo, nos prazos estipulados.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10. Dá-se à causa o valor de R$ ________________________________ para efeitos legais.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https://adv-modelos.com/peticao-de-acordo-trabalhista/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eticao-de-acordo-trabalhist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