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PETIÇÃO ESPECIFICAÇÃO DE PROVAS</w:t>
      </w:r>
    </w:p>
    <w:p/>
    <w:p>
      <w:r>
        <w:rPr>
          <w:b w:val="0"/>
          <w:sz w:val="20"/>
        </w:rPr>
        <w:t>EXCELENTÍSSIMO(A) SENHOR(A) DOUTOR(A) JUIZ(A) DE DIREITO DA ___ VARA DO TRABALHO DE ________________________</w:t>
      </w:r>
    </w:p>
    <w:p/>
    <w:p>
      <w:r>
        <w:rPr>
          <w:b w:val="0"/>
          <w:sz w:val="20"/>
        </w:rPr>
        <w:t>Processo nº: ________________________________</w:t>
      </w:r>
    </w:p>
    <w:p/>
    <w:p>
      <w:r>
        <w:rPr>
          <w:b w:val="0"/>
          <w:sz w:val="20"/>
        </w:rPr>
        <w:t>Reclamante: ________________________________________________________________</w:t>
      </w:r>
    </w:p>
    <w:p>
      <w:r>
        <w:rPr>
          <w:b w:val="0"/>
          <w:sz w:val="20"/>
        </w:rPr>
        <w:t>Reclamada: ________________________________________________________________</w:t>
      </w:r>
    </w:p>
    <w:p/>
    <w:p>
      <w:r>
        <w:rPr>
          <w:b/>
          <w:sz w:val="22"/>
        </w:rPr>
        <w:t>I – DOS FATOS</w:t>
      </w:r>
    </w:p>
    <w:p/>
    <w:p>
      <w:r>
        <w:rPr>
          <w:b w:val="0"/>
          <w:sz w:val="20"/>
        </w:rPr>
        <w:t>O Reclamante, por seu advogado infra-assinado, vem respeitosamente à presença de Vossa Excelência apresentar a presente</w:t>
      </w:r>
    </w:p>
    <w:p>
      <w:r>
        <w:rPr>
          <w:b w:val="0"/>
          <w:sz w:val="20"/>
        </w:rPr>
        <w:t>PETIÇÃO DE ESPECIFICAÇÃO DE PROVAS, nos termos do artigo 357, §1º do Código de Processo Civil, aplicável subsidiariamente ao processo do trabalho,</w:t>
      </w:r>
    </w:p>
    <w:p>
      <w:r>
        <w:rPr>
          <w:b w:val="0"/>
          <w:sz w:val="20"/>
        </w:rPr>
        <w:t>para que sejam produzidas as provas abaixo indicadas, imprescindíveis à comprovação dos fatos alegados na inicial.</w:t>
      </w:r>
    </w:p>
    <w:p/>
    <w:p>
      <w:r>
        <w:rPr>
          <w:b/>
          <w:sz w:val="22"/>
        </w:rPr>
        <w:t>II – DAS PROVAS REQUERIDAS</w:t>
      </w:r>
    </w:p>
    <w:p/>
    <w:p>
      <w:r>
        <w:rPr>
          <w:b w:val="0"/>
          <w:sz w:val="20"/>
        </w:rPr>
        <w:t>1. Prova documental:</w:t>
      </w:r>
    </w:p>
    <w:p>
      <w:r>
        <w:rPr>
          <w:b w:val="0"/>
          <w:sz w:val="20"/>
        </w:rPr>
        <w:t>Requer a juntada dos documentos já apresentados e a expedição de ofícios para obtenção dos seguintes documentos:</w:t>
      </w:r>
    </w:p>
    <w:p>
      <w:r>
        <w:rPr>
          <w:b w:val="0"/>
          <w:sz w:val="20"/>
        </w:rPr>
        <w:t>______________________________________________________________________________</w:t>
      </w:r>
    </w:p>
    <w:p/>
    <w:p>
      <w:r>
        <w:rPr>
          <w:b w:val="0"/>
          <w:sz w:val="20"/>
        </w:rPr>
        <w:t>2. Prova testemunhal:</w:t>
      </w:r>
    </w:p>
    <w:p>
      <w:r>
        <w:rPr>
          <w:b w:val="0"/>
          <w:sz w:val="20"/>
        </w:rPr>
        <w:t>Requer a oitiva das seguintes testemunhas, cujos nomes, qualificações e endereços são indicados abaixo:</w:t>
      </w:r>
    </w:p>
    <w:p/>
    <w:p>
      <w:r>
        <w:rPr>
          <w:b w:val="0"/>
          <w:sz w:val="20"/>
        </w:rPr>
        <w:t>• Nome: _________________________________________________________________</w:t>
      </w:r>
    </w:p>
    <w:p>
      <w:r>
        <w:rPr>
          <w:b w:val="0"/>
          <w:sz w:val="20"/>
        </w:rPr>
        <w:t xml:space="preserve">  Qualificação: ___________________________________________________________</w:t>
      </w:r>
    </w:p>
    <w:p>
      <w:r>
        <w:rPr>
          <w:b w:val="0"/>
          <w:sz w:val="20"/>
        </w:rPr>
        <w:t xml:space="preserve">  Endereço: ______________________________________________________________</w:t>
      </w:r>
    </w:p>
    <w:p/>
    <w:p>
      <w:r>
        <w:rPr>
          <w:b w:val="0"/>
          <w:sz w:val="20"/>
        </w:rPr>
        <w:t>• Nome: _________________________________________________________________</w:t>
      </w:r>
    </w:p>
    <w:p>
      <w:r>
        <w:rPr>
          <w:b w:val="0"/>
          <w:sz w:val="20"/>
        </w:rPr>
        <w:t xml:space="preserve">  Qualificação: ___________________________________________________________</w:t>
      </w:r>
    </w:p>
    <w:p>
      <w:r>
        <w:rPr>
          <w:b w:val="0"/>
          <w:sz w:val="20"/>
        </w:rPr>
        <w:t xml:space="preserve">  Endereço: ______________________________________________________________</w:t>
      </w:r>
    </w:p>
    <w:p/>
    <w:p>
      <w:r>
        <w:rPr>
          <w:b w:val="0"/>
          <w:sz w:val="20"/>
        </w:rPr>
        <w:t>3. Prova pericial:</w:t>
      </w:r>
    </w:p>
    <w:p>
      <w:r>
        <w:rPr>
          <w:b w:val="0"/>
          <w:sz w:val="20"/>
        </w:rPr>
        <w:t>Requer a realização de perícia técnica para apuração dos seguintes pontos:</w:t>
      </w:r>
    </w:p>
    <w:p>
      <w:r>
        <w:rPr>
          <w:b w:val="0"/>
          <w:sz w:val="20"/>
        </w:rPr>
        <w:t>______________________________________________________________________________</w:t>
      </w:r>
    </w:p>
    <w:p/>
    <w:p>
      <w:r>
        <w:rPr>
          <w:b w:val="0"/>
          <w:sz w:val="20"/>
        </w:rPr>
        <w:t>4. Inspeção judicial:</w:t>
      </w:r>
    </w:p>
    <w:p>
      <w:r>
        <w:rPr>
          <w:b w:val="0"/>
          <w:sz w:val="20"/>
        </w:rPr>
        <w:t>Requer a realização de inspeção judicial no local de trabalho para verificação das condições ambientais e de segurança,</w:t>
      </w:r>
    </w:p>
    <w:p>
      <w:r>
        <w:rPr>
          <w:b w:val="0"/>
          <w:sz w:val="20"/>
        </w:rPr>
        <w:t>bem como dos equipamentos utilizados.</w:t>
      </w:r>
    </w:p>
    <w:p/>
    <w:p>
      <w:r>
        <w:rPr>
          <w:b/>
          <w:sz w:val="22"/>
        </w:rPr>
        <w:t>III – DOS FUNDAMENTOS JURÍDICOS</w:t>
      </w:r>
    </w:p>
    <w:p/>
    <w:p>
      <w:r>
        <w:rPr>
          <w:b w:val="0"/>
          <w:sz w:val="20"/>
        </w:rPr>
        <w:t>A produção das provas acima requeridas encontra fundamento no artigo 369 e seguintes do Código de Processo Civil,</w:t>
      </w:r>
    </w:p>
    <w:p>
      <w:r>
        <w:rPr>
          <w:b w:val="0"/>
          <w:sz w:val="20"/>
        </w:rPr>
        <w:t>aplicável subsidiariamente ao processo do trabalho por força do artigo 15 da Lei nº 13.467/2017 (Reforma Trabalhista),</w:t>
      </w:r>
    </w:p>
    <w:p>
      <w:r>
        <w:rPr>
          <w:b w:val="0"/>
          <w:sz w:val="20"/>
        </w:rPr>
        <w:t>bem como nos princípios da ampla defesa e do contraditório, assegurados pela Constituição Federal (art. 5º, LV).</w:t>
      </w:r>
    </w:p>
    <w:p/>
    <w:p>
      <w:r>
        <w:rPr>
          <w:b/>
          <w:sz w:val="22"/>
        </w:rPr>
        <w:t>IV – DOS PEDIDOS</w:t>
      </w:r>
    </w:p>
    <w:p/>
    <w:p>
      <w:r>
        <w:rPr>
          <w:b w:val="0"/>
          <w:sz w:val="20"/>
        </w:rPr>
        <w:t>Diante do exposto, requer:</w:t>
      </w:r>
    </w:p>
    <w:p/>
    <w:p>
      <w:r>
        <w:rPr>
          <w:b w:val="0"/>
          <w:sz w:val="20"/>
        </w:rPr>
        <w:t>a) Que seja deferida a produção das provas especificadas nesta petição;</w:t>
      </w:r>
    </w:p>
    <w:p>
      <w:r>
        <w:rPr>
          <w:b w:val="0"/>
          <w:sz w:val="20"/>
        </w:rPr>
        <w:t>b) A intimação das testemunhas arroladas para comparecimento em audiência, nos termos legais;</w:t>
      </w:r>
    </w:p>
    <w:p>
      <w:r>
        <w:rPr>
          <w:b w:val="0"/>
          <w:sz w:val="20"/>
        </w:rPr>
        <w:t>c) A designação de perícia técnica, caso deferida, com a nomeação de perito idôneo;</w:t>
      </w:r>
    </w:p>
    <w:p>
      <w:r>
        <w:rPr>
          <w:b w:val="0"/>
          <w:sz w:val="20"/>
        </w:rPr>
        <w:t>d) A expedição de ofícios para obtenção dos documentos indicados, caso necessário;</w:t>
      </w:r>
    </w:p>
    <w:p>
      <w:r>
        <w:rPr>
          <w:b w:val="0"/>
          <w:sz w:val="20"/>
        </w:rPr>
        <w:t>e) A realização de inspeção judicial no local indicado.</w:t>
      </w:r>
    </w:p>
    <w:p/>
    <w:p>
      <w:r>
        <w:rPr>
          <w:b w:val="0"/>
          <w:sz w:val="20"/>
        </w:rPr>
        <w:t>Nestes termos,</w:t>
      </w:r>
    </w:p>
    <w:p>
      <w:r>
        <w:rPr>
          <w:b w:val="0"/>
          <w:sz w:val="20"/>
        </w:rPr>
        <w:t>Pede deferimento.</w:t>
      </w:r>
    </w:p>
    <w:p/>
    <w:p>
      <w:r>
        <w:rPr>
          <w:b w:val="0"/>
          <w:sz w:val="20"/>
        </w:rPr>
        <w:t>_________________________, ____________________________</w:t>
      </w:r>
    </w:p>
    <w:p>
      <w:r>
        <w:rPr>
          <w:b w:val="0"/>
          <w:sz w:val="20"/>
        </w:rPr>
        <w:t>Local                                     Advogado(a)</w:t>
      </w:r>
    </w:p>
    <w:p/>
    <w:p>
      <w:r>
        <w:rPr>
          <w:b w:val="0"/>
          <w:sz w:val="20"/>
        </w:rPr>
        <w:t>OAB/___ Nº ____________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https://adv-modelos.com/peticao-especificacao-de-provas/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https://adv-modelos.com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adv-modelos.com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adv-modelos.com/peticao-especificacao-de-provas/" TargetMode="External"/><Relationship Id="rId10" Type="http://schemas.openxmlformats.org/officeDocument/2006/relationships/hyperlink" Target="https://adv-modelo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