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COM PODERES ESPECÍFICOS</w:t>
      </w:r>
    </w:p>
    <w:p/>
    <w:p/>
    <w:p>
      <w:pPr>
        <w:jc w:val="both"/>
      </w:pPr>
      <w:r>
        <w:rPr>
          <w:b w:val="0"/>
          <w:sz w:val="22"/>
        </w:rPr>
        <w:t>Outorgante, brasileiro(a), estado civil, profissão, portador(a) do RG nº __________ e CPF nº __________, residente e domiciliado(a) à ________________________________________________________________, neste ato nomeia e constitui seu bastante procurador:</w:t>
      </w:r>
    </w:p>
    <w:p/>
    <w:p>
      <w:pPr>
        <w:jc w:val="both"/>
      </w:pPr>
      <w:r>
        <w:rPr>
          <w:b w:val="0"/>
          <w:sz w:val="22"/>
        </w:rPr>
        <w:t>Outorgado, brasileiro(a), estado civil, profissão, portador(a) do RG nº __________ e CPF nº __________, residente e domiciliado(a) à ________________________________________________________________, com poderes para o fim especial que ora lhe confere.</w:t>
      </w:r>
    </w:p>
    <w:p/>
    <w:p/>
    <w:p>
      <w:r>
        <w:rPr>
          <w:b/>
          <w:sz w:val="22"/>
        </w:rPr>
        <w:t>PODERES CONFERIDOS:</w:t>
      </w:r>
    </w:p>
    <w:p/>
    <w:p>
      <w:r>
        <w:rPr>
          <w:b w:val="0"/>
          <w:sz w:val="22"/>
        </w:rPr>
        <w:t>• Representar o Outorgante perante quaisquer órgãos públicos, privados, judiciais, administrativos, federais, estaduais e municipais;</w:t>
      </w:r>
    </w:p>
    <w:p>
      <w:r>
        <w:rPr>
          <w:b w:val="0"/>
          <w:sz w:val="22"/>
        </w:rPr>
        <w:t>• Assinar documentos, contratos, requerimentos, declarações, procurações ad judicia et extra, e quaisquer outros papéis que se fizerem necessários;</w:t>
      </w:r>
    </w:p>
    <w:p>
      <w:r>
        <w:rPr>
          <w:b w:val="0"/>
          <w:sz w:val="22"/>
        </w:rPr>
        <w:t>• Praticar todos os atos necessários ao bom e fiel cumprimento deste mandato, inclusive substabelecer, total ou parcialmente, com ou sem reservas de poderes;</w:t>
      </w:r>
    </w:p>
    <w:p>
      <w:r>
        <w:rPr>
          <w:b w:val="0"/>
          <w:sz w:val="22"/>
        </w:rPr>
        <w:t>• Propor, contestar, acompanhar e desistir de ações judiciais, audiências, recursos e procedimentos administrativos;</w:t>
      </w:r>
    </w:p>
    <w:p>
      <w:r>
        <w:rPr>
          <w:b w:val="0"/>
          <w:sz w:val="22"/>
        </w:rPr>
        <w:t>• Receber citações, notificações e intimações em nome do Outorgante;</w:t>
      </w:r>
    </w:p>
    <w:p>
      <w:r>
        <w:rPr>
          <w:b w:val="0"/>
          <w:sz w:val="22"/>
        </w:rPr>
        <w:t>• Firmar compromissos, acordos, transigir, receber e dar quitação;</w:t>
      </w:r>
    </w:p>
    <w:p>
      <w:r>
        <w:rPr>
          <w:b w:val="0"/>
          <w:sz w:val="22"/>
        </w:rPr>
        <w:t>• Administrar bens móveis e imóveis do Outorgante relacionados ao presente mandato;</w:t>
      </w:r>
    </w:p>
    <w:p>
      <w:r>
        <w:rPr>
          <w:b w:val="0"/>
          <w:sz w:val="22"/>
        </w:rPr>
        <w:t>• Realizar operações bancárias, movimentar contas, emitir cheques e documentos de crédito;</w:t>
      </w:r>
    </w:p>
    <w:p>
      <w:r>
        <w:rPr>
          <w:b w:val="0"/>
          <w:sz w:val="22"/>
        </w:rPr>
        <w:t>• Solicitar certidões, documentos, informações e quaisquer outros dados necessários para o desempenho deste mandato;</w:t>
      </w:r>
    </w:p>
    <w:p>
      <w:r>
        <w:rPr>
          <w:b w:val="0"/>
          <w:sz w:val="22"/>
        </w:rPr>
        <w:t>• Representar o Outorgante em assembleias, reuniões e órgãos colegiados;</w:t>
      </w:r>
    </w:p>
    <w:p>
      <w:r>
        <w:rPr>
          <w:b w:val="0"/>
          <w:sz w:val="22"/>
        </w:rPr>
        <w:t>• Assinar procurações específicas para atos vinculados a este mandato.</w:t>
      </w:r>
    </w:p>
    <w:p/>
    <w:p/>
    <w:p>
      <w:r>
        <w:rPr>
          <w:b w:val="0"/>
          <w:sz w:val="22"/>
        </w:rPr>
        <w:t>Este mandato é concedido com poderes para o foro em geral, inclusive para o foro em geral, com expressa autorização para o substabelecimento, total ou parcial, com ou sem reservas de poderes.</w:t>
      </w:r>
    </w:p>
    <w:p/>
    <w:p/>
    <w:p>
      <w:r>
        <w:rPr>
          <w:b w:val="0"/>
          <w:sz w:val="22"/>
        </w:rPr>
        <w:t>______________________________, ____ de ____________________ de ________.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sz w:val="22"/>
        </w:rPr>
        <w:t>Outorgante</w:t>
      </w:r>
    </w:p>
    <w:p/>
    <w:p/>
    <w:p/>
    <w:p/>
    <w:p/>
    <w:p>
      <w:pPr>
        <w:jc w:val="center"/>
      </w:pPr>
      <w:r>
        <w:rPr>
          <w:b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sz w:val="22"/>
        </w:rPr>
        <w:t>Outorgado (Procurador)</w:t>
      </w:r>
    </w:p>
    <w:p/>
    <w:p/>
    <w:p/>
    <w:p>
      <w:r>
        <w:rPr>
          <w:b/>
          <w:sz w:val="22"/>
        </w:rPr>
        <w:t>Testemunhas: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Assinatura</w:t>
            </w:r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https://adv-modelos.com/procuracao-com-poderes-especificos/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curacao-com-poderes-especific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