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PROCURAÇÃO ESPECÍFICA</w:t>
      </w:r>
    </w:p>
    <w:p/>
    <w:p/>
    <w:p>
      <w:r>
        <w:rPr>
          <w:b/>
          <w:sz w:val="22"/>
        </w:rPr>
        <w:t>OUTORGANTE:</w:t>
      </w:r>
    </w:p>
    <w:p>
      <w:r>
        <w:rPr>
          <w:b w:val="0"/>
          <w:sz w:val="22"/>
        </w:rPr>
        <w:t>Nome: ________________________________________________________________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</w:t>
      </w:r>
    </w:p>
    <w:p>
      <w:r>
        <w:rPr>
          <w:b w:val="0"/>
          <w:sz w:val="22"/>
        </w:rPr>
        <w:t>Documento de Identidade (RG): __________________________________________</w:t>
      </w:r>
    </w:p>
    <w:p>
      <w:r>
        <w:rPr>
          <w:b w:val="0"/>
          <w:sz w:val="22"/>
        </w:rPr>
        <w:t>CPF: _________________________________________________________________</w:t>
      </w:r>
    </w:p>
    <w:p>
      <w:r>
        <w:rPr>
          <w:b w:val="0"/>
          <w:sz w:val="22"/>
        </w:rPr>
        <w:t>Endereço Completo: _____________________________________________________</w:t>
      </w:r>
    </w:p>
    <w:p>
      <w:r>
        <w:rPr>
          <w:b w:val="0"/>
          <w:sz w:val="22"/>
        </w:rPr>
        <w:t>Bairro: ___________________________ Cidade: __________________________</w:t>
      </w:r>
    </w:p>
    <w:p>
      <w:r>
        <w:rPr>
          <w:b w:val="0"/>
          <w:sz w:val="22"/>
        </w:rPr>
        <w:t>Estado: ____________ CEP: __________________</w:t>
      </w:r>
    </w:p>
    <w:p/>
    <w:p>
      <w:r>
        <w:rPr>
          <w:b/>
          <w:sz w:val="22"/>
        </w:rPr>
        <w:t>OUTORGADO:</w:t>
      </w:r>
    </w:p>
    <w:p>
      <w:r>
        <w:rPr>
          <w:b w:val="0"/>
          <w:sz w:val="22"/>
        </w:rPr>
        <w:t>Nome: ________________________________________________________________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</w:t>
      </w:r>
    </w:p>
    <w:p>
      <w:r>
        <w:rPr>
          <w:b w:val="0"/>
          <w:sz w:val="22"/>
        </w:rPr>
        <w:t>Documento de Identidade (RG): __________________________________________</w:t>
      </w:r>
    </w:p>
    <w:p>
      <w:r>
        <w:rPr>
          <w:b w:val="0"/>
          <w:sz w:val="22"/>
        </w:rPr>
        <w:t>CPF: _________________________________________________________________</w:t>
      </w:r>
    </w:p>
    <w:p>
      <w:r>
        <w:rPr>
          <w:b w:val="0"/>
          <w:sz w:val="22"/>
        </w:rPr>
        <w:t>OAB nº: ___________________ Seccional: ________________________________</w:t>
      </w:r>
    </w:p>
    <w:p>
      <w:r>
        <w:rPr>
          <w:b w:val="0"/>
          <w:sz w:val="22"/>
        </w:rPr>
        <w:t>Endereço Completo: _____________________________________________________</w:t>
      </w:r>
    </w:p>
    <w:p>
      <w:r>
        <w:rPr>
          <w:b w:val="0"/>
          <w:sz w:val="22"/>
        </w:rPr>
        <w:t>Bairro: ___________________________ Cidade: __________________________</w:t>
      </w:r>
    </w:p>
    <w:p>
      <w:r>
        <w:rPr>
          <w:b w:val="0"/>
          <w:sz w:val="22"/>
        </w:rPr>
        <w:t>Estado: ____________ CEP: __________________</w:t>
      </w:r>
    </w:p>
    <w:p/>
    <w:p/>
    <w:p>
      <w:r>
        <w:rPr>
          <w:b w:val="0"/>
          <w:sz w:val="22"/>
        </w:rPr>
        <w:t>Pelo presente instrumento particular de procuração, o OUTORGANTE nomeia e constitui seu bastante procurador o OUTORGADO, conferindo-lhe poderes específicos para representá-lo perante quaisquer órgãos públicos, privados, judiciais ou extrajudiciais, especialmente para o fim de:</w:t>
      </w:r>
    </w:p>
    <w:p/>
    <w:p>
      <w:r>
        <w:rPr>
          <w:b w:val="0"/>
          <w:sz w:val="22"/>
        </w:rPr>
        <w:t>1. Propor, contestar, acompanhar, desistir, transigir, firmar acordos e receber valores em ações judiciais e procedimentos administrativos;</w:t>
      </w:r>
    </w:p>
    <w:p>
      <w:r>
        <w:rPr>
          <w:b w:val="0"/>
          <w:sz w:val="22"/>
        </w:rPr>
        <w:t>2. Assinar petições iniciais, recursos, manifestações, contratos, termos de acordo e quaisquer documentos necessários para a defesa dos interesses do OUTORGANTE;</w:t>
      </w:r>
    </w:p>
    <w:p>
      <w:r>
        <w:rPr>
          <w:b w:val="0"/>
          <w:sz w:val="22"/>
        </w:rPr>
        <w:t>3. Representar o OUTORGANTE perante quaisquer repartições públicas federais, estaduais e municipais, inclusive órgãos fiscais e previdenciários;</w:t>
      </w:r>
    </w:p>
    <w:p>
      <w:r>
        <w:rPr>
          <w:b w:val="0"/>
          <w:sz w:val="22"/>
        </w:rPr>
        <w:t>4. Requerer certidões, documentos e informações necessárias ao exercício dos poderes conferidos;</w:t>
      </w:r>
    </w:p>
    <w:p>
      <w:r>
        <w:rPr>
          <w:b w:val="0"/>
          <w:sz w:val="22"/>
        </w:rPr>
        <w:t>5. Praticar todos os demais atos necessários ao fiel cumprimento deste mandato.</w:t>
      </w:r>
    </w:p>
    <w:p/>
    <w:p/>
    <w:p>
      <w:r>
        <w:rPr>
          <w:b w:val="0"/>
          <w:sz w:val="22"/>
        </w:rPr>
        <w:t>Esta procuração é outorgada com poderes especiais, nos termos do artigo 105 do Código de Processo Civil, para o fim específico acima descrito, com a cláusula 'ad judicia', podendo o OUTORGADO substabelecer no todo ou em parte, com ou sem reservas de iguais poderes.</w:t>
      </w:r>
    </w:p>
    <w:p/>
    <w:p/>
    <w:p/>
    <w:p>
      <w:r>
        <w:rPr>
          <w:b w:val="0"/>
          <w:sz w:val="22"/>
        </w:rPr>
        <w:t>Local: ____________________________________________</w:t>
      </w:r>
    </w:p>
    <w:p>
      <w:r>
        <w:rPr>
          <w:b w:val="0"/>
          <w:sz w:val="22"/>
        </w:rPr>
        <w:t>Data: ___ / ___ / ______</w:t>
      </w:r>
    </w:p>
    <w:p/>
    <w:p/>
    <w:p/>
    <w:p>
      <w:pPr>
        <w:jc w:val="center"/>
      </w:pPr>
      <w:r>
        <w:rPr>
          <w:b w:val="0"/>
          <w:sz w:val="22"/>
        </w:rPr>
        <w:t>______________________________________________</w:t>
      </w:r>
    </w:p>
    <w:p>
      <w:pPr>
        <w:jc w:val="center"/>
      </w:pPr>
      <w:r>
        <w:rPr>
          <w:b w:val="0"/>
          <w:sz w:val="22"/>
        </w:rPr>
        <w:t>Assinatura do OUTORGANTE</w:t>
      </w:r>
    </w:p>
    <w:p/>
    <w:p/>
    <w:p/>
    <w:p>
      <w:pPr>
        <w:jc w:val="center"/>
      </w:pPr>
      <w:r>
        <w:rPr>
          <w:b w:val="0"/>
          <w:sz w:val="22"/>
        </w:rPr>
        <w:t>______________________________________________</w:t>
      </w:r>
    </w:p>
    <w:p>
      <w:pPr>
        <w:jc w:val="center"/>
      </w:pPr>
      <w:r>
        <w:rPr>
          <w:b w:val="0"/>
          <w:sz w:val="22"/>
        </w:rPr>
        <w:t>Assinatura do OUTORGADO</w:t>
      </w:r>
    </w:p>
    <w:p/>
    <w:p/>
    <w:p/>
    <w:p>
      <w:r>
        <w:rPr>
          <w:b/>
          <w:sz w:val="22"/>
        </w:rPr>
        <w:t>Testemunhas:</w:t>
      </w:r>
    </w:p>
    <w:p/>
    <w:p>
      <w:r>
        <w:rPr>
          <w:b w:val="0"/>
          <w:sz w:val="22"/>
        </w:rPr>
        <w:t>1. Nome: ________________________________________</w:t>
      </w:r>
    </w:p>
    <w:p>
      <w:r>
        <w:rPr>
          <w:b w:val="0"/>
          <w:sz w:val="22"/>
        </w:rPr>
        <w:t xml:space="preserve">   CPF: _________________________________________</w:t>
      </w:r>
    </w:p>
    <w:p>
      <w:r>
        <w:rPr>
          <w:b w:val="0"/>
          <w:sz w:val="22"/>
        </w:rPr>
        <w:t xml:space="preserve">   Assinatura: __________________________________</w:t>
      </w:r>
    </w:p>
    <w:p/>
    <w:p>
      <w:r>
        <w:rPr>
          <w:b w:val="0"/>
          <w:sz w:val="22"/>
        </w:rPr>
        <w:t>1. Nome: ________________________________________</w:t>
      </w:r>
    </w:p>
    <w:p>
      <w:r>
        <w:rPr>
          <w:b w:val="0"/>
          <w:sz w:val="22"/>
        </w:rPr>
        <w:t xml:space="preserve">   CPF: _________________________________________</w:t>
      </w:r>
    </w:p>
    <w:p>
      <w:r>
        <w:rPr>
          <w:b w:val="0"/>
          <w:sz w:val="22"/>
        </w:rPr>
        <w:t xml:space="preserve">   Assinatura: __________________________________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https://adv-modelos.com/procuracao-especifica/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procuracao-especifica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