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PROCURAÇÃO PARA INVENTÁRIO</w:t>
      </w:r>
    </w:p>
    <w:p/>
    <w:p/>
    <w:p>
      <w:r>
        <w:rPr>
          <w:b w:val="0"/>
          <w:sz w:val="22"/>
        </w:rPr>
        <w:t>OUTORGANTE: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</w:t>
      </w:r>
    </w:p>
    <w:p>
      <w:r>
        <w:rPr>
          <w:b w:val="0"/>
          <w:sz w:val="22"/>
        </w:rPr>
        <w:t>RG nº: _____________________ SSP: ____________ CPF nº: _____________________</w:t>
      </w:r>
    </w:p>
    <w:p>
      <w:r>
        <w:rPr>
          <w:b w:val="0"/>
          <w:sz w:val="22"/>
        </w:rPr>
        <w:t>ENDEREÇO COMPLETO: _________________________________________________________</w:t>
      </w:r>
    </w:p>
    <w:p>
      <w:r>
        <w:rPr>
          <w:b w:val="0"/>
          <w:sz w:val="22"/>
        </w:rPr>
        <w:t>CEP: ________________________ CIDADE: ___________________ ESTADO: __________</w:t>
      </w:r>
    </w:p>
    <w:p/>
    <w:p>
      <w:r>
        <w:rPr>
          <w:b w:val="0"/>
          <w:sz w:val="22"/>
        </w:rPr>
        <w:t>OUTORGADO: 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</w:t>
      </w:r>
    </w:p>
    <w:p>
      <w:r>
        <w:rPr>
          <w:b w:val="0"/>
          <w:sz w:val="22"/>
        </w:rPr>
        <w:t>RG nº: _____________________ SSP: ____________ CPF nº: _____________________</w:t>
      </w:r>
    </w:p>
    <w:p>
      <w:r>
        <w:rPr>
          <w:b w:val="0"/>
          <w:sz w:val="22"/>
        </w:rPr>
        <w:t>ENDEREÇO COMPLETO: _________________________________________________________</w:t>
      </w:r>
    </w:p>
    <w:p>
      <w:r>
        <w:rPr>
          <w:b w:val="0"/>
          <w:sz w:val="22"/>
        </w:rPr>
        <w:t>CEP: ________________________ CIDADE: ___________________ ESTADO: __________</w:t>
      </w:r>
    </w:p>
    <w:p/>
    <w:p>
      <w:r>
        <w:rPr>
          <w:b/>
          <w:sz w:val="22"/>
        </w:rPr>
        <w:t>PODERES:</w:t>
      </w:r>
    </w:p>
    <w:p/>
    <w:p>
      <w:r>
        <w:rPr>
          <w:b w:val="0"/>
          <w:sz w:val="22"/>
        </w:rPr>
        <w:t>Pelo presente instrumento particular de procuração, o OUTORGANTE nomeia e constitui como seu bastante procurador o OUTORGADO, conferindo-lhe amplos, gerais e ilimitados poderes para o foro em geral, com a finalidade especial de representá-lo no inventário dos bens deixados pelo(a) falecido(a) ____________________________________________________,</w:t>
      </w:r>
    </w:p>
    <w:p>
      <w:r>
        <w:rPr>
          <w:b w:val="0"/>
          <w:sz w:val="22"/>
        </w:rPr>
        <w:t>CPF nº ____________________, ocorrido(a) em ________________________, perante o(a) MM. Juiz(a) da Vara de Família e Sucessões da Comarca de __________________________________,</w:t>
      </w:r>
    </w:p>
    <w:p>
      <w:r>
        <w:rPr>
          <w:b/>
          <w:sz w:val="22"/>
        </w:rPr>
        <w:t>para o fim específico de promover o inventário e a partilha dos bens deixados, podendo para tanto:</w:t>
      </w:r>
    </w:p>
    <w:p/>
    <w:p>
      <w:r>
        <w:rPr>
          <w:b w:val="0"/>
          <w:sz w:val="22"/>
        </w:rPr>
        <w:t>1. Requerer, assinar, receber citações, intimações e notificações;</w:t>
      </w:r>
    </w:p>
    <w:p>
      <w:r>
        <w:rPr>
          <w:b w:val="0"/>
          <w:sz w:val="22"/>
        </w:rPr>
        <w:t>2. Propor, contestar, acompanhar, concordar, discordar, recorrer, desistir, transigir, firmar compromissos e acordos;</w:t>
      </w:r>
    </w:p>
    <w:p>
      <w:r>
        <w:rPr>
          <w:b w:val="0"/>
          <w:sz w:val="22"/>
        </w:rPr>
        <w:t>3. Levantar valores depositados em instituições financeiras;</w:t>
      </w:r>
    </w:p>
    <w:p>
      <w:r>
        <w:rPr>
          <w:b w:val="0"/>
          <w:sz w:val="22"/>
        </w:rPr>
        <w:t>4. Receber e dar quitação;</w:t>
      </w:r>
    </w:p>
    <w:p>
      <w:r>
        <w:rPr>
          <w:b w:val="0"/>
          <w:sz w:val="22"/>
        </w:rPr>
        <w:t>5. Assinar declarações, documentos, requerimentos, petições, escrituras públicas e particulares;</w:t>
      </w:r>
    </w:p>
    <w:p>
      <w:r>
        <w:rPr>
          <w:b w:val="0"/>
          <w:sz w:val="22"/>
        </w:rPr>
        <w:t>6. Praticar todos os atos necessários à boa e fiel execução deste mandato;</w:t>
      </w:r>
    </w:p>
    <w:p>
      <w:r>
        <w:rPr>
          <w:b w:val="0"/>
          <w:sz w:val="22"/>
        </w:rPr>
        <w:t>7. Constituir advogado(s) substabelecido(s) com ou sem reservas de poderes.</w:t>
      </w:r>
    </w:p>
    <w:p/>
    <w:p>
      <w:r>
        <w:rPr>
          <w:b w:val="0"/>
          <w:sz w:val="22"/>
        </w:rPr>
        <w:t>O OUTORGANTE declara que o presente mandato é irrevogável e irretratável, e que o OUTORGADO agirá com a responsabilidade que o encargo impõe.</w:t>
      </w:r>
    </w:p>
    <w:p/>
    <w:p>
      <w:r>
        <w:rPr>
          <w:b w:val="0"/>
          <w:sz w:val="22"/>
        </w:rPr>
        <w:t>Fica eleito o foro da Comarca de ______________________________ para dirimir quaisquer dúvidas oriundas deste instrumento.</w:t>
      </w:r>
    </w:p>
    <w:p/>
    <w:p>
      <w:r>
        <w:rPr>
          <w:b w:val="0"/>
          <w:sz w:val="22"/>
        </w:rPr>
        <w:t>Local: ____________________________              ________________________________</w:t>
      </w:r>
    </w:p>
    <w:p>
      <w:r>
        <w:rPr>
          <w:b w:val="0"/>
          <w:sz w:val="22"/>
        </w:rPr>
        <w:t xml:space="preserve">                                                     (Assinatura do Outorgante)</w:t>
      </w:r>
    </w:p>
    <w:p/>
    <w:p>
      <w:r>
        <w:rPr>
          <w:b w:val="0"/>
          <w:sz w:val="22"/>
        </w:rPr>
        <w:t>_____________________________________________________________</w:t>
      </w:r>
    </w:p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1) Nome: ___________________________________ RG: _____________________________</w:t>
      </w:r>
    </w:p>
    <w:p>
      <w:r>
        <w:rPr>
          <w:b w:val="0"/>
          <w:sz w:val="22"/>
        </w:rPr>
        <w:t xml:space="preserve">   Assinatura: _________________________________________________</w:t>
      </w:r>
    </w:p>
    <w:p/>
    <w:p>
      <w:r>
        <w:rPr>
          <w:b w:val="0"/>
          <w:sz w:val="22"/>
        </w:rPr>
        <w:t>2) Nome: ___________________________________ RG: _____________________________</w:t>
      </w:r>
    </w:p>
    <w:p>
      <w:r>
        <w:rPr>
          <w:b w:val="0"/>
          <w:sz w:val="22"/>
        </w:rPr>
        <w:t xml:space="preserve">   Assinatura: _________________________________________________</w:t>
      </w:r>
    </w:p>
    <w:p/>
    <w:p>
      <w:r>
        <w:rPr>
          <w:b w:val="0"/>
          <w:sz w:val="22"/>
        </w:rPr>
        <w:t>OBSERVAÇÃO: Recomenda-se o reconhecimento de firma em cartório para validade plena.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https://adv-modelos.com/procuracao-para-inventario/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rocuracao-para-inventari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