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REPRESENTAÇÃO DE PESSOA JURÍDICA</w:t>
      </w:r>
    </w:p>
    <w:p/>
    <w:p/>
    <w:p>
      <w:r>
        <w:rPr>
          <w:b w:val="0"/>
          <w:sz w:val="22"/>
        </w:rPr>
        <w:t>Pelo presente instrumento particular de procuração, a empresa abaixo qualificada nomeia e constitui seu bastante procurador, conferindo-lhe poderes específicos para representá-la, conforme as cláusulas e condições seguintes.</w:t>
      </w:r>
    </w:p>
    <w:p/>
    <w:p>
      <w:pPr>
        <w:jc w:val="left"/>
      </w:pPr>
      <w:r>
        <w:rPr>
          <w:b/>
          <w:sz w:val="22"/>
        </w:rPr>
        <w:t>I – QUALIFICAÇÃO DA OUTORGANTE</w:t>
      </w:r>
    </w:p>
    <w:p/>
    <w:p/>
    <w:p>
      <w:r>
        <w:rPr>
          <w:b w:val="0"/>
          <w:sz w:val="22"/>
        </w:rPr>
        <w:t>Razão Social: ________________________________________________________________</w:t>
      </w:r>
    </w:p>
    <w:p>
      <w:r>
        <w:rPr>
          <w:b w:val="0"/>
          <w:sz w:val="22"/>
        </w:rPr>
        <w:t>CNPJ nº: 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</w:t>
      </w:r>
    </w:p>
    <w:p>
      <w:r>
        <w:rPr>
          <w:b w:val="0"/>
          <w:sz w:val="22"/>
        </w:rPr>
        <w:t>CEP: ___________   Cidade: ___________________________   Estado: _____________</w:t>
      </w:r>
    </w:p>
    <w:p>
      <w:r>
        <w:rPr>
          <w:b w:val="0"/>
          <w:sz w:val="22"/>
        </w:rPr>
        <w:t>Inscrição Estadual: ___________________________________________________________</w:t>
      </w:r>
    </w:p>
    <w:p>
      <w:r>
        <w:rPr>
          <w:b w:val="0"/>
          <w:sz w:val="22"/>
        </w:rPr>
        <w:t>Representante Legal: __________________________________________________________</w:t>
      </w:r>
    </w:p>
    <w:p>
      <w:r>
        <w:rPr>
          <w:b w:val="0"/>
          <w:sz w:val="22"/>
        </w:rPr>
        <w:t>Cargo: ______________________________________________________________________</w:t>
      </w:r>
    </w:p>
    <w:p>
      <w:r>
        <w:rPr>
          <w:b w:val="0"/>
          <w:sz w:val="22"/>
        </w:rPr>
        <w:t>CPF nº: _____________________________________________________________________</w:t>
      </w:r>
    </w:p>
    <w:p>
      <w:r>
        <w:rPr>
          <w:b w:val="0"/>
          <w:sz w:val="22"/>
        </w:rPr>
        <w:t>RG nº: 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II – QUALIFICAÇÃO DO OUTORGADO</w:t>
      </w:r>
    </w:p>
    <w:p/>
    <w:p/>
    <w:p>
      <w:r>
        <w:rPr>
          <w:b w:val="0"/>
          <w:sz w:val="22"/>
        </w:rPr>
        <w:t>Nome: ______________________________________________________________________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CPF nº: _____________________________________________________________________</w:t>
      </w:r>
    </w:p>
    <w:p>
      <w:r>
        <w:rPr>
          <w:b w:val="0"/>
          <w:sz w:val="22"/>
        </w:rPr>
        <w:t>RG nº: 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</w:t>
      </w:r>
    </w:p>
    <w:p>
      <w:r>
        <w:rPr>
          <w:b w:val="0"/>
          <w:sz w:val="22"/>
        </w:rPr>
        <w:t>CEP: ___________   Cidade: ___________________________   Estado: _____________</w:t>
      </w:r>
    </w:p>
    <w:p/>
    <w:p>
      <w:pPr>
        <w:jc w:val="left"/>
      </w:pPr>
      <w:r>
        <w:rPr>
          <w:b/>
          <w:sz w:val="22"/>
        </w:rPr>
        <w:t>III – PODERES OUTORGADOS</w:t>
      </w:r>
    </w:p>
    <w:p/>
    <w:p/>
    <w:p>
      <w:r>
        <w:rPr>
          <w:b w:val="0"/>
          <w:sz w:val="22"/>
        </w:rPr>
        <w:t>O outorgante confere ao outorgado os poderes para representá-lo junto a quaisquer órgãos públicos, privados, judiciais e extrajudiciais, inclusive para:</w:t>
      </w:r>
    </w:p>
    <w:p/>
    <w:p>
      <w:r>
        <w:rPr>
          <w:b w:val="0"/>
          <w:sz w:val="22"/>
        </w:rPr>
        <w:t>1. Assinar contratos, acordos, termos, aditivos e quaisquer documentos necessários à condução dos negócios sociais;</w:t>
      </w:r>
    </w:p>
    <w:p>
      <w:r>
        <w:rPr>
          <w:b w:val="0"/>
          <w:sz w:val="22"/>
        </w:rPr>
        <w:t>2. Propor, contestar, acompanhar processos judiciais e administrativos, firmar compromissos, acordos, transigir, desistir, renunciar, receber e dar quitação;</w:t>
      </w:r>
    </w:p>
    <w:p>
      <w:r>
        <w:rPr>
          <w:b w:val="0"/>
          <w:sz w:val="22"/>
        </w:rPr>
        <w:t>3. Representar a empresa perante órgãos federais, estaduais e municipais, inclusive Receita Federal, INSS, Junta Comercial, Secretaria da Fazenda, Prefeitura, Ministério do Trabalho, e demais entidades;</w:t>
      </w:r>
    </w:p>
    <w:p>
      <w:r>
        <w:rPr>
          <w:b w:val="0"/>
          <w:sz w:val="22"/>
        </w:rPr>
        <w:t>4. Requerer certidões, alvarás, licenças, inscrições, alterações cadastrais, parcelamentos, isenções, autorização para funcionamento, e demais atos necessários ao regular exercício da atividade empresarial;</w:t>
      </w:r>
    </w:p>
    <w:p>
      <w:r>
        <w:rPr>
          <w:b w:val="0"/>
          <w:sz w:val="22"/>
        </w:rPr>
        <w:t>5. Realizar operações bancárias, abrir, movimentar e encerrar contas, emitir e endossar cheques e documentos financeiros;</w:t>
      </w:r>
    </w:p>
    <w:p>
      <w:r>
        <w:rPr>
          <w:b w:val="0"/>
          <w:sz w:val="22"/>
        </w:rPr>
        <w:t>6. Contratar e rescindir contratos de prestação de serviços, compra e venda, locação, comodato e outros instrumentos contratuais;</w:t>
      </w:r>
    </w:p>
    <w:p>
      <w:r>
        <w:rPr>
          <w:b w:val="0"/>
          <w:sz w:val="22"/>
        </w:rPr>
        <w:t>7. Praticar todos os demais atos que se façam necessários para a fiel e integral representação da empresa.</w:t>
      </w:r>
    </w:p>
    <w:p/>
    <w:p>
      <w:pPr>
        <w:jc w:val="left"/>
      </w:pPr>
      <w:r>
        <w:rPr>
          <w:b/>
          <w:sz w:val="22"/>
        </w:rPr>
        <w:t>IV – PRAZO</w:t>
      </w:r>
    </w:p>
    <w:p/>
    <w:p/>
    <w:p>
      <w:r>
        <w:rPr>
          <w:b w:val="0"/>
          <w:sz w:val="22"/>
        </w:rPr>
        <w:t>Esta procuração é válida por prazo indeterminado até que seja expressamente revogada pelo outorgante.</w:t>
      </w:r>
    </w:p>
    <w:p/>
    <w:p>
      <w:pPr>
        <w:jc w:val="left"/>
      </w:pPr>
      <w:r>
        <w:rPr>
          <w:b/>
          <w:sz w:val="22"/>
        </w:rPr>
        <w:t>V – DISPOSIÇÕES GERAIS</w:t>
      </w:r>
    </w:p>
    <w:p/>
    <w:p/>
    <w:p>
      <w:r>
        <w:rPr>
          <w:b w:val="0"/>
          <w:sz w:val="22"/>
        </w:rPr>
        <w:t>O outorgado poderá substabelecer, no todo ou em parte, os poderes ora conferidos, com ou sem reserva de poderes.</w:t>
      </w:r>
    </w:p>
    <w:p/>
    <w:p>
      <w:r>
        <w:rPr>
          <w:b w:val="0"/>
          <w:sz w:val="22"/>
        </w:rPr>
        <w:t>E por estar assim justo e contratado, assinam o presente instrumento em __ vias de igual teor e forma.</w:t>
      </w:r>
    </w:p>
    <w:p/>
    <w:p>
      <w:r>
        <w:rPr>
          <w:b w:val="0"/>
          <w:sz w:val="22"/>
        </w:rPr>
        <w:t>_______________________________                       _______________________________</w:t>
      </w:r>
    </w:p>
    <w:p>
      <w:r>
        <w:rPr>
          <w:b w:val="0"/>
          <w:sz w:val="22"/>
        </w:rPr>
        <w:t>Local e data                                                            Outorgante (Razão Social e Representante Legal)</w:t>
      </w:r>
    </w:p>
    <w:p/>
    <w:p>
      <w:r>
        <w:rPr>
          <w:b w:val="0"/>
          <w:sz w:val="22"/>
        </w:rPr>
        <w:t>_______________________________                       _______________________________</w:t>
      </w:r>
    </w:p>
    <w:p>
      <w:r>
        <w:rPr>
          <w:b w:val="0"/>
          <w:sz w:val="22"/>
        </w:rPr>
        <w:t>Outorgado (Nome e CPF)                                   Testemunha 1 (Nome, CPF e assinatura)</w:t>
      </w:r>
    </w:p>
    <w:p/>
    <w:p>
      <w:r>
        <w:rPr>
          <w:b w:val="0"/>
          <w:sz w:val="22"/>
        </w:rPr>
        <w:t>_______________________________                       _______________________________</w:t>
      </w:r>
    </w:p>
    <w:p>
      <w:r>
        <w:rPr>
          <w:b w:val="0"/>
          <w:sz w:val="22"/>
        </w:rPr>
        <w:t xml:space="preserve">Testemunha 2 (Nome, CPF e assinatura)                 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https://adv-modelos.com/procuracao-pessoa-juridica/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curacao-pessoa-jurid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