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PRODUÇÃO DE PROVAS</w:t>
      </w:r>
    </w:p>
    <w:p/>
    <w:p/>
    <w:p>
      <w:r>
        <w:rPr>
          <w:b/>
          <w:i w:val="0"/>
          <w:sz w:val="20"/>
        </w:rPr>
        <w:t>EXCELENTÍSSIMO(A) SENHOR(A) DOUTOR(A) JUIZ(A) DO TRABALHO DA ___ VARA DO TRABALHO DE ________________________</w:t>
      </w:r>
    </w:p>
    <w:p/>
    <w:p>
      <w:r>
        <w:rPr>
          <w:b/>
          <w:sz w:val="22"/>
        </w:rPr>
        <w:t>REQUERENTE:</w:t>
      </w:r>
    </w:p>
    <w:p>
      <w:r>
        <w:rPr>
          <w:b w:val="0"/>
          <w:i w:val="0"/>
          <w:sz w:val="20"/>
        </w:rPr>
        <w:t>Nome: ________________________________________________________________</w:t>
      </w:r>
    </w:p>
    <w:p>
      <w:r>
        <w:rPr>
          <w:b w:val="0"/>
          <w:i w:val="0"/>
          <w:sz w:val="20"/>
        </w:rPr>
        <w:t>Nacionalidade: _________________________________________________________</w:t>
      </w:r>
    </w:p>
    <w:p>
      <w:r>
        <w:rPr>
          <w:b w:val="0"/>
          <w:i w:val="0"/>
          <w:sz w:val="20"/>
        </w:rPr>
        <w:t>Estado Civil: __________________________________________________________</w:t>
      </w:r>
    </w:p>
    <w:p>
      <w:r>
        <w:rPr>
          <w:b w:val="0"/>
          <w:i w:val="0"/>
          <w:sz w:val="20"/>
        </w:rPr>
        <w:t>Profissão: _____________________________________________________________</w:t>
      </w:r>
    </w:p>
    <w:p>
      <w:r>
        <w:rPr>
          <w:b w:val="0"/>
          <w:i w:val="0"/>
          <w:sz w:val="20"/>
        </w:rPr>
        <w:t>Documento de Identidade (RG): __________________________________________</w:t>
      </w:r>
    </w:p>
    <w:p>
      <w:r>
        <w:rPr>
          <w:b w:val="0"/>
          <w:i w:val="0"/>
          <w:sz w:val="20"/>
        </w:rPr>
        <w:t>CPF: _________________________________________________________________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_____________________________________________________________</w:t>
      </w:r>
    </w:p>
    <w:p>
      <w:r>
        <w:rPr>
          <w:b w:val="0"/>
          <w:i w:val="0"/>
          <w:sz w:val="20"/>
        </w:rPr>
        <w:t>Telefone: _____________________________________________________________</w:t>
      </w:r>
    </w:p>
    <w:p>
      <w:r>
        <w:rPr>
          <w:b w:val="0"/>
          <w:i w:val="0"/>
          <w:sz w:val="20"/>
        </w:rPr>
        <w:t>E-mail: _______________________________________________________________</w:t>
      </w:r>
    </w:p>
    <w:p/>
    <w:p>
      <w:r>
        <w:rPr>
          <w:b/>
          <w:sz w:val="22"/>
        </w:rPr>
        <w:t>REQUERIDO:</w:t>
      </w:r>
    </w:p>
    <w:p>
      <w:r>
        <w:rPr>
          <w:b w:val="0"/>
          <w:i w:val="0"/>
          <w:sz w:val="20"/>
        </w:rPr>
        <w:t>Nome/Razão Social: _____________________________________________________</w:t>
      </w:r>
    </w:p>
    <w:p>
      <w:r>
        <w:rPr>
          <w:b w:val="0"/>
          <w:i w:val="0"/>
          <w:sz w:val="20"/>
        </w:rPr>
        <w:t>CNPJ: _________________________________________________________________</w:t>
      </w:r>
    </w:p>
    <w:p>
      <w:r>
        <w:rPr>
          <w:b w:val="0"/>
          <w:i w:val="0"/>
          <w:sz w:val="20"/>
        </w:rPr>
        <w:t>Endereço: _____________________________________________________________</w:t>
      </w:r>
    </w:p>
    <w:p>
      <w:r>
        <w:rPr>
          <w:b w:val="0"/>
          <w:i w:val="0"/>
          <w:sz w:val="20"/>
        </w:rPr>
        <w:t>Representante Legal: ___________________________________________________</w:t>
      </w:r>
    </w:p>
    <w:p/>
    <w:p/>
    <w:p>
      <w:r>
        <w:rPr>
          <w:b/>
          <w:sz w:val="22"/>
        </w:rPr>
        <w:t>I – DOS FATOS</w:t>
      </w:r>
    </w:p>
    <w:p>
      <w:r>
        <w:rPr>
          <w:b w:val="0"/>
          <w:i w:val="0"/>
          <w:sz w:val="20"/>
        </w:rPr>
        <w:t>O Requerente ajuizou a presente demanda trabalhista em face do Requerido, alegando os fatos e fundamentos expostos na petição inicial.</w:t>
      </w:r>
    </w:p>
    <w:p>
      <w:r>
        <w:rPr>
          <w:b w:val="0"/>
          <w:i w:val="0"/>
          <w:sz w:val="20"/>
        </w:rPr>
        <w:t>Para comprovar suas alegações, torna-se imprescindível a produção das provas abaixo requeridas.</w:t>
      </w:r>
    </w:p>
    <w:p/>
    <w:p>
      <w:r>
        <w:rPr>
          <w:b/>
          <w:sz w:val="22"/>
        </w:rPr>
        <w:t>II – DA NECESSIDADE DA PRODUÇÃO DE PROVAS</w:t>
      </w:r>
    </w:p>
    <w:p>
      <w:r>
        <w:rPr>
          <w:b w:val="0"/>
          <w:i w:val="0"/>
          <w:sz w:val="20"/>
        </w:rPr>
        <w:t>Nos termos do artigo 369 do Código de Processo Civil, aplicado subsidiariamente ao processo do trabalho, o ônus da prova cabe à parte que alega o fato.</w:t>
      </w:r>
    </w:p>
    <w:p>
      <w:r>
        <w:rPr>
          <w:b w:val="0"/>
          <w:i w:val="0"/>
          <w:sz w:val="20"/>
        </w:rPr>
        <w:t>A produção de provas é essencial para o deslinde da controvérsia, garantindo o contraditório e a ampla defesa, princípios constitucionais consagrados no artigo 5º, inciso LV, da Constituição Federal.</w:t>
      </w:r>
    </w:p>
    <w:p/>
    <w:p>
      <w:r>
        <w:rPr>
          <w:b/>
          <w:sz w:val="22"/>
        </w:rPr>
        <w:t>III – DAS PROVAS REQUERIDAS</w:t>
      </w:r>
    </w:p>
    <w:p>
      <w:r>
        <w:rPr>
          <w:b/>
          <w:i w:val="0"/>
          <w:sz w:val="20"/>
        </w:rPr>
        <w:t>1. Prova documental:</w:t>
      </w:r>
    </w:p>
    <w:p>
      <w:r>
        <w:rPr>
          <w:b w:val="0"/>
          <w:i w:val="0"/>
          <w:sz w:val="20"/>
        </w:rPr>
        <w:t>Requer a juntada dos seguintes documentos necessários para a comprovação dos fatos alegados:</w:t>
      </w:r>
    </w:p>
    <w:p>
      <w:r>
        <w:rPr>
          <w:b w:val="0"/>
          <w:i w:val="0"/>
          <w:sz w:val="20"/>
        </w:rPr>
        <w:t>- Contrato de trabalho e suas alterações;</w:t>
      </w:r>
    </w:p>
    <w:p>
      <w:r>
        <w:rPr>
          <w:b w:val="0"/>
          <w:i w:val="0"/>
          <w:sz w:val="20"/>
        </w:rPr>
        <w:t>- Holerites e recibos de pagamento;</w:t>
      </w:r>
    </w:p>
    <w:p>
      <w:r>
        <w:rPr>
          <w:b w:val="0"/>
          <w:i w:val="0"/>
          <w:sz w:val="20"/>
        </w:rPr>
        <w:t>- Registro de ponto e controle de jornada;</w:t>
      </w:r>
    </w:p>
    <w:p>
      <w:r>
        <w:rPr>
          <w:b w:val="0"/>
          <w:i w:val="0"/>
          <w:sz w:val="20"/>
        </w:rPr>
        <w:t>- Comunicação de dispensa;</w:t>
      </w:r>
    </w:p>
    <w:p>
      <w:r>
        <w:rPr>
          <w:b w:val="0"/>
          <w:i w:val="0"/>
          <w:sz w:val="20"/>
        </w:rPr>
        <w:t>- Comprovantes de recolhimento do FGTS;</w:t>
      </w:r>
    </w:p>
    <w:p>
      <w:r>
        <w:rPr>
          <w:b w:val="0"/>
          <w:i w:val="0"/>
          <w:sz w:val="20"/>
        </w:rPr>
        <w:t>- Outros documentos relacionados: ______________________________________</w:t>
      </w:r>
    </w:p>
    <w:p/>
    <w:p>
      <w:r>
        <w:rPr>
          <w:b/>
          <w:i w:val="0"/>
          <w:sz w:val="20"/>
        </w:rPr>
        <w:t>2. Prova testemunhal:</w:t>
      </w:r>
    </w:p>
    <w:p>
      <w:r>
        <w:rPr>
          <w:b w:val="0"/>
          <w:i w:val="0"/>
          <w:sz w:val="20"/>
        </w:rPr>
        <w:t>Requer a oitiva das testemunhas abaixo relacionadas para esclarecimento dos fatos:</w:t>
      </w:r>
    </w:p>
    <w:p>
      <w:r>
        <w:rPr>
          <w:b w:val="0"/>
          <w:i w:val="0"/>
          <w:sz w:val="20"/>
        </w:rPr>
        <w:t>• Nome: _______________________________________  CPF: ___________________</w:t>
      </w:r>
    </w:p>
    <w:p>
      <w:r>
        <w:rPr>
          <w:b w:val="0"/>
          <w:i w:val="0"/>
          <w:sz w:val="20"/>
        </w:rPr>
        <w:t>• Nome: _______________________________________  CPF: ___________________</w:t>
      </w:r>
    </w:p>
    <w:p>
      <w:r>
        <w:rPr>
          <w:b w:val="0"/>
          <w:i w:val="0"/>
          <w:sz w:val="20"/>
        </w:rPr>
        <w:t>• Nome: _______________________________________  CPF: ___________________</w:t>
      </w:r>
    </w:p>
    <w:p>
      <w:r>
        <w:rPr>
          <w:b w:val="0"/>
          <w:i w:val="0"/>
          <w:sz w:val="20"/>
        </w:rPr>
        <w:t>Outras testemunhas poderão ser arroladas oportunamente, caso necessário.</w:t>
      </w:r>
    </w:p>
    <w:p/>
    <w:p>
      <w:r>
        <w:rPr>
          <w:b/>
          <w:i w:val="0"/>
          <w:sz w:val="20"/>
        </w:rPr>
        <w:t>3. Prova pericial:</w:t>
      </w:r>
    </w:p>
    <w:p>
      <w:r>
        <w:rPr>
          <w:b w:val="0"/>
          <w:i w:val="0"/>
          <w:sz w:val="20"/>
        </w:rPr>
        <w:t>Requer a realização de perícia técnica para apuração de:</w:t>
      </w:r>
    </w:p>
    <w:p>
      <w:r>
        <w:rPr>
          <w:b w:val="0"/>
          <w:i w:val="0"/>
          <w:sz w:val="20"/>
        </w:rPr>
        <w:t>- Jornada de trabalho e horas extras;</w:t>
      </w:r>
    </w:p>
    <w:p>
      <w:r>
        <w:rPr>
          <w:b w:val="0"/>
          <w:i w:val="0"/>
          <w:sz w:val="20"/>
        </w:rPr>
        <w:t>- Condições de trabalho, incluindo insalubridade e periculosidade;</w:t>
      </w:r>
    </w:p>
    <w:p>
      <w:r>
        <w:rPr>
          <w:b w:val="0"/>
          <w:i w:val="0"/>
          <w:sz w:val="20"/>
        </w:rPr>
        <w:t>- Eventuais danos morais e materiais;</w:t>
      </w:r>
    </w:p>
    <w:p>
      <w:r>
        <w:rPr>
          <w:b w:val="0"/>
          <w:i w:val="0"/>
          <w:sz w:val="20"/>
        </w:rPr>
        <w:t>- Outros aspectos técnicos que se fizerem necessários.</w:t>
      </w:r>
    </w:p>
    <w:p/>
    <w:p>
      <w:r>
        <w:rPr>
          <w:b/>
          <w:i w:val="0"/>
          <w:sz w:val="20"/>
        </w:rPr>
        <w:t>4. Prova oral:</w:t>
      </w:r>
    </w:p>
    <w:p>
      <w:r>
        <w:rPr>
          <w:b w:val="0"/>
          <w:i w:val="0"/>
          <w:sz w:val="20"/>
        </w:rPr>
        <w:t>Requer a produção de prova oral, com a oitiva das partes, para esclarecimentos complementares.</w:t>
      </w:r>
    </w:p>
    <w:p/>
    <w:p>
      <w:r>
        <w:rPr>
          <w:b/>
          <w:i w:val="0"/>
          <w:sz w:val="20"/>
        </w:rPr>
        <w:t>5. Inspeção judicial:</w:t>
      </w:r>
    </w:p>
    <w:p>
      <w:r>
        <w:rPr>
          <w:b w:val="0"/>
          <w:i w:val="0"/>
          <w:sz w:val="20"/>
        </w:rPr>
        <w:t>Requer, caso necessário, a realização de inspeção judicial no local de trabalho para verificação das condições laborais alegadas.</w:t>
      </w:r>
    </w:p>
    <w:p/>
    <w:p>
      <w:r>
        <w:rPr>
          <w:b/>
          <w:sz w:val="22"/>
        </w:rPr>
        <w:t>IV – DOS PEDIDOS</w:t>
      </w:r>
    </w:p>
    <w:p>
      <w:r>
        <w:rPr>
          <w:b w:val="0"/>
          <w:i w:val="0"/>
          <w:sz w:val="20"/>
        </w:rPr>
        <w:t>Diante do exposto, requer-se a Vossa Excelência:</w:t>
      </w:r>
    </w:p>
    <w:p>
      <w:r>
        <w:rPr>
          <w:b w:val="0"/>
          <w:i w:val="0"/>
          <w:sz w:val="20"/>
        </w:rPr>
        <w:t>a) A admissão da produção de todas as provas requeridas no presente documento;</w:t>
      </w:r>
    </w:p>
    <w:p>
      <w:r>
        <w:rPr>
          <w:b w:val="0"/>
          <w:i w:val="0"/>
          <w:sz w:val="20"/>
        </w:rPr>
        <w:t>b) A intimação das testemunhas arroladas para comparecimento em audiência;</w:t>
      </w:r>
    </w:p>
    <w:p>
      <w:r>
        <w:rPr>
          <w:b w:val="0"/>
          <w:i w:val="0"/>
          <w:sz w:val="20"/>
        </w:rPr>
        <w:t>c) A nomeação de perito para realização da perícia técnica requerida;</w:t>
      </w:r>
    </w:p>
    <w:p>
      <w:r>
        <w:rPr>
          <w:b w:val="0"/>
          <w:i w:val="0"/>
          <w:sz w:val="20"/>
        </w:rPr>
        <w:t>d) A expedição de ofícios necessários para obtenção de documentos e informações;</w:t>
      </w:r>
    </w:p>
    <w:p>
      <w:r>
        <w:rPr>
          <w:b w:val="0"/>
          <w:i w:val="0"/>
          <w:sz w:val="20"/>
        </w:rPr>
        <w:t>e) A concessão de prazo para juntada de documentos complementares, se necessário;</w:t>
      </w:r>
    </w:p>
    <w:p>
      <w:r>
        <w:rPr>
          <w:b w:val="0"/>
          <w:i w:val="0"/>
          <w:sz w:val="20"/>
        </w:rPr>
        <w:t>f) A realização de inspeção judicial, caso Vossa Excelência entenda pertinente;</w:t>
      </w:r>
    </w:p>
    <w:p>
      <w:r>
        <w:rPr>
          <w:b w:val="0"/>
          <w:i w:val="0"/>
          <w:sz w:val="20"/>
        </w:rPr>
        <w:t>g) A produção de prova oral e documental, para que se faça a completa instrução do feito.</w:t>
      </w:r>
    </w:p>
    <w:p/>
    <w:p>
      <w:r>
        <w:rPr>
          <w:b/>
          <w:sz w:val="22"/>
        </w:rPr>
        <w:t>Nestes termos,</w:t>
      </w:r>
    </w:p>
    <w:p>
      <w:r>
        <w:rPr>
          <w:b w:val="0"/>
          <w:i/>
          <w:sz w:val="20"/>
        </w:rPr>
        <w:t>Pede deferimento.</w:t>
      </w:r>
    </w:p>
    <w:p/>
    <w:p/>
    <w:p/>
    <w:p>
      <w:pPr>
        <w:jc w:val="center"/>
      </w:pPr>
      <w:r>
        <w:rPr>
          <w:b w:val="0"/>
          <w:i w:val="0"/>
          <w:sz w:val="20"/>
        </w:rPr>
        <w:t>______________________________, ____________________________</w:t>
      </w:r>
    </w:p>
    <w:p>
      <w:pPr>
        <w:jc w:val="center"/>
      </w:pPr>
      <w:r>
        <w:rPr>
          <w:b w:val="0"/>
          <w:i w:val="0"/>
          <w:sz w:val="20"/>
        </w:rPr>
        <w:t>Local                                            Data</w:t>
      </w:r>
    </w:p>
    <w:p/>
    <w:p/>
    <w:p>
      <w:pPr>
        <w:jc w:val="center"/>
      </w:pPr>
      <w:r>
        <w:rPr>
          <w:b w:val="0"/>
          <w:i w:val="0"/>
          <w:sz w:val="20"/>
        </w:rPr>
        <w:t>______________________________________________</w:t>
      </w:r>
    </w:p>
    <w:p>
      <w:pPr>
        <w:jc w:val="center"/>
      </w:pPr>
      <w:r>
        <w:rPr>
          <w:b w:val="0"/>
          <w:i w:val="0"/>
          <w:sz w:val="20"/>
        </w:rPr>
        <w:t>Advogado(a)</w:t>
      </w:r>
    </w:p>
    <w:p>
      <w:pPr>
        <w:jc w:val="center"/>
      </w:pPr>
      <w:r>
        <w:rPr>
          <w:b w:val="0"/>
          <w:i w:val="0"/>
          <w:sz w:val="20"/>
        </w:rPr>
        <w:t>OAB/___ Nº 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https://adv-modelos.com/producao-de-provas/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https://adv-modelos.com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adv-modelos.com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dv-modelos.com/producao-de-provas/" TargetMode="External"/><Relationship Id="rId10" Type="http://schemas.openxmlformats.org/officeDocument/2006/relationships/hyperlink" Target="https://adv-model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