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PROPOSTA DE CONTRATO DE LOCAÇÃO RESIDENCIAL</w:t>
      </w:r>
    </w:p>
    <w:p/>
    <w:p/>
    <w:p>
      <w:r>
        <w:rPr>
          <w:b/>
          <w:sz w:val="22"/>
        </w:rPr>
        <w:t>LOCADOR(A): ________________________________________________________________</w:t>
      </w:r>
    </w:p>
    <w:p>
      <w:pPr>
        <w:ind w:left="567"/>
      </w:pPr>
      <w:r>
        <w:rPr>
          <w:b w:val="0"/>
          <w:sz w:val="22"/>
        </w:rPr>
        <w:t>Nacionalidade: ____________________ Estado Civil: __________________________</w:t>
      </w:r>
    </w:p>
    <w:p>
      <w:pPr>
        <w:ind w:left="567"/>
      </w:pPr>
      <w:r>
        <w:rPr>
          <w:b w:val="0"/>
          <w:sz w:val="22"/>
        </w:rPr>
        <w:t>Profissão: __________________________ CPF: ________________________________</w:t>
      </w:r>
    </w:p>
    <w:p>
      <w:pPr>
        <w:ind w:left="567"/>
      </w:pPr>
      <w:r>
        <w:rPr>
          <w:b w:val="0"/>
          <w:sz w:val="22"/>
        </w:rPr>
        <w:t>RG nº: _______________________________ Endereço: ___________________________</w:t>
      </w:r>
    </w:p>
    <w:p>
      <w:pPr>
        <w:ind w:left="567"/>
      </w:pPr>
      <w:r>
        <w:rPr>
          <w:b w:val="0"/>
          <w:sz w:val="22"/>
        </w:rPr>
        <w:t>___________________________________________________________________________</w:t>
      </w:r>
    </w:p>
    <w:p/>
    <w:p>
      <w:r>
        <w:rPr>
          <w:b/>
          <w:sz w:val="22"/>
        </w:rPr>
        <w:t>LOCATÁRIO(A): ______________________________________________________________</w:t>
      </w:r>
    </w:p>
    <w:p>
      <w:pPr>
        <w:ind w:left="567"/>
      </w:pPr>
      <w:r>
        <w:rPr>
          <w:b w:val="0"/>
          <w:sz w:val="22"/>
        </w:rPr>
        <w:t>Nacionalidade: ____________________ Estado Civil: __________________________</w:t>
      </w:r>
    </w:p>
    <w:p>
      <w:pPr>
        <w:ind w:left="567"/>
      </w:pPr>
      <w:r>
        <w:rPr>
          <w:b w:val="0"/>
          <w:sz w:val="22"/>
        </w:rPr>
        <w:t>Profissão: __________________________ CPF: ________________________________</w:t>
      </w:r>
    </w:p>
    <w:p>
      <w:pPr>
        <w:ind w:left="567"/>
      </w:pPr>
      <w:r>
        <w:rPr>
          <w:b w:val="0"/>
          <w:sz w:val="22"/>
        </w:rPr>
        <w:t>RG nº: _______________________________ Endereço: ___________________________</w:t>
      </w:r>
    </w:p>
    <w:p>
      <w:pPr>
        <w:ind w:left="567"/>
      </w:pPr>
      <w:r>
        <w:rPr>
          <w:b w:val="0"/>
          <w:sz w:val="22"/>
        </w:rPr>
        <w:t>___________________________________________________________________________</w:t>
      </w:r>
    </w:p>
    <w:p/>
    <w:p/>
    <w:p>
      <w:r>
        <w:rPr>
          <w:b/>
          <w:sz w:val="22"/>
        </w:rPr>
        <w:t>CONSIDERANDO que o LOCADOR é legítimo possuidor e proprietário do imóvel abaixo descrito;</w:t>
      </w:r>
    </w:p>
    <w:p>
      <w:r>
        <w:rPr>
          <w:b/>
          <w:sz w:val="22"/>
        </w:rPr>
        <w:t>CONSIDERANDO que o LOCATÁRIO tem interesse na locação do referido imóvel;</w:t>
      </w:r>
    </w:p>
    <w:p>
      <w:r>
        <w:rPr>
          <w:b/>
          <w:sz w:val="22"/>
        </w:rPr>
        <w:t>As partes resolvem firmar a presente Proposta de Contrato de Locação Residencial, que será regida pelas cláusulas e condições abaixo:</w:t>
      </w:r>
    </w:p>
    <w:p/>
    <w:p/>
    <w:p>
      <w:r>
        <w:rPr>
          <w:b/>
          <w:sz w:val="22"/>
        </w:rPr>
        <w:t>CLÁUSULA 1ª – DO IMÓVEL LOCADO</w:t>
      </w:r>
    </w:p>
    <w:p>
      <w:pPr>
        <w:ind w:left="567"/>
      </w:pPr>
      <w:r>
        <w:rPr>
          <w:b w:val="0"/>
          <w:sz w:val="22"/>
        </w:rPr>
        <w:t>O imóvel objeto desta locação é situado à ____________________________________________</w:t>
      </w:r>
    </w:p>
    <w:p>
      <w:pPr>
        <w:ind w:left="567"/>
      </w:pPr>
      <w:r>
        <w:rPr>
          <w:b w:val="0"/>
          <w:sz w:val="22"/>
        </w:rPr>
        <w:t>_______________________________________________________________________________</w:t>
      </w:r>
    </w:p>
    <w:p>
      <w:pPr>
        <w:ind w:left="567"/>
      </w:pPr>
      <w:r>
        <w:rPr>
          <w:b w:val="0"/>
          <w:sz w:val="22"/>
        </w:rPr>
        <w:t>com as seguintes características: ___________________________________________________</w:t>
      </w:r>
    </w:p>
    <w:p>
      <w:pPr>
        <w:ind w:left="567"/>
      </w:pPr>
      <w:r>
        <w:rPr>
          <w:b w:val="0"/>
          <w:sz w:val="22"/>
        </w:rPr>
        <w:t>_______________________________________________________________________________</w:t>
      </w:r>
    </w:p>
    <w:p/>
    <w:p>
      <w:r>
        <w:rPr>
          <w:b/>
          <w:sz w:val="22"/>
        </w:rPr>
        <w:t>CLÁUSULA 2ª – DO PRAZO</w:t>
      </w:r>
    </w:p>
    <w:p>
      <w:pPr>
        <w:ind w:left="567"/>
      </w:pPr>
      <w:r>
        <w:rPr>
          <w:b w:val="0"/>
          <w:sz w:val="22"/>
        </w:rPr>
        <w:t>O prazo da locação será de ______ (______) meses, iniciando-se em ________________ e terminando em ________________.</w:t>
      </w:r>
    </w:p>
    <w:p>
      <w:pPr>
        <w:ind w:left="567"/>
      </w:pPr>
      <w:r>
        <w:rPr>
          <w:b w:val="0"/>
          <w:sz w:val="22"/>
        </w:rPr>
        <w:t>Este prazo é obrigatório, vedada a rescisão antes do término, salvo acordo entre as partes nos termos da lei.</w:t>
      </w:r>
    </w:p>
    <w:p/>
    <w:p>
      <w:r>
        <w:rPr>
          <w:b/>
          <w:sz w:val="22"/>
        </w:rPr>
        <w:t>CLÁUSULA 3ª – DO VALOR E FORMA DE PAGAMENTO</w:t>
      </w:r>
    </w:p>
    <w:p>
      <w:pPr>
        <w:ind w:left="567"/>
      </w:pPr>
      <w:r>
        <w:rPr>
          <w:b w:val="0"/>
          <w:sz w:val="22"/>
        </w:rPr>
        <w:t>O aluguel mensal será de R$ __________________________ (__________________________) a ser pago mensalmente até o dia ____ de cada mês.</w:t>
      </w:r>
    </w:p>
    <w:p>
      <w:pPr>
        <w:ind w:left="567"/>
      </w:pPr>
      <w:r>
        <w:rPr>
          <w:b w:val="0"/>
          <w:sz w:val="22"/>
        </w:rPr>
        <w:t>O pagamento deverá ser efetuado por meio de ___________________________________________________.</w:t>
      </w:r>
    </w:p>
    <w:p/>
    <w:p>
      <w:r>
        <w:rPr>
          <w:b/>
          <w:sz w:val="22"/>
        </w:rPr>
        <w:t>CLÁUSULA 4ª – DOS ENCARGOS DA LOCAÇÃO</w:t>
      </w:r>
    </w:p>
    <w:p>
      <w:pPr>
        <w:ind w:left="567"/>
      </w:pPr>
      <w:r>
        <w:rPr>
          <w:b w:val="0"/>
          <w:sz w:val="22"/>
        </w:rPr>
        <w:t>Ficarão a cargo do LOCATÁRIO os encargos ordinários de conservação, tais como contas de água, energia elétrica, gás, IPTU, condomínio e demais despesas incidentes durante a vigência da locação.</w:t>
      </w:r>
    </w:p>
    <w:p>
      <w:pPr>
        <w:ind w:left="567"/>
      </w:pPr>
      <w:r>
        <w:rPr>
          <w:b w:val="0"/>
          <w:sz w:val="22"/>
        </w:rPr>
        <w:t>O LOCADOR será responsável pelas despesas extraordinárias do condomínio e demais encargos não atribuídos ao LOCATÁRIO por lei.</w:t>
      </w:r>
    </w:p>
    <w:p/>
    <w:p>
      <w:r>
        <w:rPr>
          <w:b/>
          <w:sz w:val="22"/>
        </w:rPr>
        <w:t>CLÁUSULA 5ª – DO USO DO IMÓVEL</w:t>
      </w:r>
    </w:p>
    <w:p>
      <w:pPr>
        <w:ind w:left="567"/>
      </w:pPr>
      <w:r>
        <w:rPr>
          <w:b w:val="0"/>
          <w:sz w:val="22"/>
        </w:rPr>
        <w:t>O imóvel será utilizado exclusivamente para fins residenciais, sendo vedada qualquer alteração em sua estrutura ou destinação sem prévia autorização por escrito do LOCADOR.</w:t>
      </w:r>
    </w:p>
    <w:p/>
    <w:p>
      <w:r>
        <w:rPr>
          <w:b/>
          <w:sz w:val="22"/>
        </w:rPr>
        <w:t>CLÁUSULA 6ª – DA GARANTIA LOCATÍCIA</w:t>
      </w:r>
    </w:p>
    <w:p>
      <w:pPr>
        <w:ind w:left="567"/>
      </w:pPr>
      <w:r>
        <w:rPr>
          <w:b w:val="0"/>
          <w:sz w:val="22"/>
        </w:rPr>
        <w:t>Para garantia do cumprimento das obrigações contratuais, o LOCATÁRIO prestará a seguinte garantia:</w:t>
      </w:r>
    </w:p>
    <w:p>
      <w:pPr>
        <w:ind w:left="567"/>
      </w:pPr>
      <w:r>
        <w:rPr>
          <w:b w:val="0"/>
          <w:sz w:val="22"/>
        </w:rPr>
        <w:t>(___) Caução em dinheiro no valor de R$ __________________________;</w:t>
      </w:r>
    </w:p>
    <w:p>
      <w:pPr>
        <w:ind w:left="567"/>
      </w:pPr>
      <w:r>
        <w:rPr>
          <w:b w:val="0"/>
          <w:sz w:val="22"/>
        </w:rPr>
        <w:t>(___) Fiança prestada por ______________________________________________________;</w:t>
      </w:r>
    </w:p>
    <w:p>
      <w:pPr>
        <w:ind w:left="567"/>
      </w:pPr>
      <w:r>
        <w:rPr>
          <w:b w:val="0"/>
          <w:sz w:val="22"/>
        </w:rPr>
        <w:t>(___) Seguro de fiança locatícia contratado junto à seguradora ______________________.</w:t>
      </w:r>
    </w:p>
    <w:p/>
    <w:p>
      <w:r>
        <w:rPr>
          <w:b/>
          <w:sz w:val="22"/>
        </w:rPr>
        <w:t>CLÁUSULA 7ª – DAS OBRIGAÇÕES DO LOCATÁRIO</w:t>
      </w:r>
    </w:p>
    <w:p>
      <w:pPr>
        <w:ind w:left="567"/>
      </w:pPr>
      <w:r>
        <w:rPr>
          <w:b w:val="0"/>
          <w:sz w:val="22"/>
        </w:rPr>
        <w:t>• Pagar pontualmente o aluguel e encargos;</w:t>
      </w:r>
    </w:p>
    <w:p>
      <w:pPr>
        <w:ind w:left="567"/>
      </w:pPr>
      <w:r>
        <w:rPr>
          <w:b w:val="0"/>
          <w:sz w:val="22"/>
        </w:rPr>
        <w:t>• Zelar pela conservação do imóvel;</w:t>
      </w:r>
    </w:p>
    <w:p>
      <w:pPr>
        <w:ind w:left="567"/>
      </w:pPr>
      <w:r>
        <w:rPr>
          <w:b w:val="0"/>
          <w:sz w:val="22"/>
        </w:rPr>
        <w:t>• Permitir a vistoria do imóvel pelo LOCADOR mediante aviso prévio;</w:t>
      </w:r>
    </w:p>
    <w:p>
      <w:pPr>
        <w:ind w:left="567"/>
      </w:pPr>
      <w:r>
        <w:rPr>
          <w:b w:val="0"/>
          <w:sz w:val="22"/>
        </w:rPr>
        <w:t>• Não transferir ou ceder este contrato sem consentimento do LOCADOR.</w:t>
      </w:r>
    </w:p>
    <w:p/>
    <w:p>
      <w:r>
        <w:rPr>
          <w:b/>
          <w:sz w:val="22"/>
        </w:rPr>
        <w:t>CLÁUSULA 8ª – DAS OBRIGAÇÕES DO LOCADOR</w:t>
      </w:r>
    </w:p>
    <w:p>
      <w:pPr>
        <w:ind w:left="567"/>
      </w:pPr>
      <w:r>
        <w:rPr>
          <w:b w:val="0"/>
          <w:sz w:val="22"/>
        </w:rPr>
        <w:t>• Entregar o imóvel em condições de uso;</w:t>
      </w:r>
    </w:p>
    <w:p>
      <w:pPr>
        <w:ind w:left="567"/>
      </w:pPr>
      <w:r>
        <w:rPr>
          <w:b w:val="0"/>
          <w:sz w:val="22"/>
        </w:rPr>
        <w:t>• Responder por vícios ou defeitos anteriores à locação;</w:t>
      </w:r>
    </w:p>
    <w:p>
      <w:pPr>
        <w:ind w:left="567"/>
      </w:pPr>
      <w:r>
        <w:rPr>
          <w:b w:val="0"/>
          <w:sz w:val="22"/>
        </w:rPr>
        <w:t>• Garantir o uso pacífico do imóvel durante a locação.</w:t>
      </w:r>
    </w:p>
    <w:p/>
    <w:p>
      <w:r>
        <w:rPr>
          <w:b/>
          <w:sz w:val="22"/>
        </w:rPr>
        <w:t>CLÁUSULA 9ª – DA RESCISÃO</w:t>
      </w:r>
    </w:p>
    <w:p>
      <w:pPr>
        <w:ind w:left="567"/>
      </w:pPr>
      <w:r>
        <w:rPr>
          <w:b w:val="0"/>
          <w:sz w:val="22"/>
        </w:rPr>
        <w:t>O contrato poderá ser rescindido nas hipóteses previstas em lei, bem como por acordo mútuo entre as partes.</w:t>
      </w:r>
    </w:p>
    <w:p>
      <w:pPr>
        <w:ind w:left="567"/>
      </w:pPr>
      <w:r>
        <w:rPr>
          <w:b w:val="0"/>
          <w:sz w:val="22"/>
        </w:rPr>
        <w:t>Em caso de rescisão imotivada pelo LOCATÁRIO antes do término do prazo, este pagará multa equivalente a _____ aluguéis.</w:t>
      </w:r>
    </w:p>
    <w:p/>
    <w:p>
      <w:r>
        <w:rPr>
          <w:b/>
          <w:sz w:val="22"/>
        </w:rPr>
        <w:t>CLÁUSULA 10ª – DAS DISPOSIÇÕES GERAIS</w:t>
      </w:r>
    </w:p>
    <w:p>
      <w:pPr>
        <w:ind w:left="567"/>
      </w:pPr>
      <w:r>
        <w:rPr>
          <w:b w:val="0"/>
          <w:sz w:val="22"/>
        </w:rPr>
        <w:t>Fica eleito o foro da comarca de __________________________ para dirimir quaisquer dúvidas ou litígios oriundos deste contrato.</w:t>
      </w:r>
    </w:p>
    <w:p/>
    <w:p/>
    <w:p>
      <w:pPr>
        <w:jc w:val="center"/>
      </w:pPr>
      <w:r>
        <w:rPr>
          <w:b w:val="0"/>
          <w:sz w:val="22"/>
        </w:rPr>
        <w:t>E, por estarem justas e contratadas, as partes assinam a presente proposta em 2 (duas) vias de igual teor.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br/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br/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LOCADOR(A)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LOCATÁRIO(A)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RG: _____________________ CPF: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RG: _____________________ CPF: _____________________</w:t>
            </w:r>
          </w:p>
        </w:tc>
      </w:tr>
    </w:tbl>
    <w:p/>
    <w:p/>
    <w:p>
      <w:pPr>
        <w:jc w:val="center"/>
      </w:pPr>
      <w:r>
        <w:rPr>
          <w:b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sz w:val="22"/>
        </w:rPr>
        <w:t>Testemunha 1 – Nome, RG e assinatura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sz w:val="22"/>
        </w:rPr>
        <w:t>Testemunha 2 – Nome, RG e 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https://adv-modelos.com/proposta-de-aluguel/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oposta-de-alugue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