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DE TRABALHO</w:t>
      </w:r>
    </w:p>
    <w:p/>
    <w:p/>
    <w:p>
      <w:pPr>
        <w:jc w:val="left"/>
      </w:pPr>
      <w:r>
        <w:rPr>
          <w:b/>
          <w:sz w:val="22"/>
        </w:rPr>
        <w:t>Proponente:</w:t>
      </w:r>
    </w:p>
    <w:p>
      <w:pPr>
        <w:jc w:val="both"/>
      </w:pPr>
      <w:r>
        <w:rPr>
          <w:b w:val="0"/>
          <w:sz w:val="20"/>
        </w:rPr>
        <w:t>Nome/Razão Social: ______________________________________________________________</w:t>
      </w:r>
    </w:p>
    <w:p>
      <w:pPr>
        <w:jc w:val="both"/>
      </w:pPr>
      <w:r>
        <w:rPr>
          <w:b w:val="0"/>
          <w:sz w:val="20"/>
        </w:rPr>
        <w:t>CPF/CNPJ: 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Representante Legal: _____________________________________________________________</w:t>
      </w:r>
    </w:p>
    <w:p>
      <w:pPr>
        <w:jc w:val="both"/>
      </w:pPr>
      <w:r>
        <w:rPr>
          <w:b w:val="0"/>
          <w:sz w:val="20"/>
        </w:rPr>
        <w:t>Cargo/Função: 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Telefone: 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E-mail: 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Proposto:</w:t>
      </w:r>
    </w:p>
    <w:p>
      <w:pPr>
        <w:jc w:val="both"/>
      </w:pPr>
      <w:r>
        <w:rPr>
          <w:b w:val="0"/>
          <w:sz w:val="20"/>
        </w:rPr>
        <w:t>Nome Completo: _________________________________________________________________</w:t>
      </w:r>
    </w:p>
    <w:p>
      <w:pPr>
        <w:jc w:val="both"/>
      </w:pPr>
      <w:r>
        <w:rPr>
          <w:b w:val="0"/>
          <w:sz w:val="20"/>
        </w:rPr>
        <w:t>CPF: 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Telefone: 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E-mail: _________________________________________________________________________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1. Objeto da Proposta</w:t>
      </w:r>
    </w:p>
    <w:p>
      <w:pPr>
        <w:jc w:val="both"/>
      </w:pPr>
      <w:r>
        <w:rPr>
          <w:b w:val="0"/>
          <w:sz w:val="20"/>
        </w:rPr>
        <w:t>O presente documento tem por finalidade formalizar a proposta de trabalho que o Proponente oferece ao Proposto, contendo as condições, direitos e obrigações inerentes à contratação.</w:t>
      </w:r>
    </w:p>
    <w:p/>
    <w:p>
      <w:pPr>
        <w:jc w:val="left"/>
      </w:pPr>
      <w:r>
        <w:rPr>
          <w:b/>
          <w:sz w:val="22"/>
        </w:rPr>
        <w:t>2. Descrição da Função e Atividades</w:t>
      </w:r>
    </w:p>
    <w:p>
      <w:pPr>
        <w:jc w:val="both"/>
      </w:pPr>
      <w:r>
        <w:rPr>
          <w:b w:val="0"/>
          <w:sz w:val="20"/>
        </w:rPr>
        <w:t>O Proposto será contratado para exercer a função de ___________________________________, desenvolvendo as seguintes atividades principais: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3. Jornada e Local de Trabalho</w:t>
      </w:r>
    </w:p>
    <w:p>
      <w:pPr>
        <w:jc w:val="both"/>
      </w:pPr>
      <w:r>
        <w:rPr>
          <w:b w:val="0"/>
          <w:sz w:val="20"/>
        </w:rPr>
        <w:t>A jornada de trabalho será de ____ horas diárias, totalizando ____ horas semanais, com os seguintes horários: ________________________________________________.</w:t>
      </w:r>
    </w:p>
    <w:p>
      <w:pPr>
        <w:jc w:val="both"/>
      </w:pPr>
      <w:r>
        <w:rPr>
          <w:b w:val="0"/>
          <w:sz w:val="20"/>
        </w:rPr>
        <w:t>O local de trabalho será situado em: ____________________________________________.</w:t>
      </w:r>
    </w:p>
    <w:p/>
    <w:p>
      <w:pPr>
        <w:jc w:val="left"/>
      </w:pPr>
      <w:r>
        <w:rPr>
          <w:b/>
          <w:sz w:val="22"/>
        </w:rPr>
        <w:t>4. Remuneração e Benefícios</w:t>
      </w:r>
    </w:p>
    <w:p>
      <w:pPr>
        <w:jc w:val="both"/>
      </w:pPr>
      <w:r>
        <w:rPr>
          <w:b w:val="0"/>
          <w:sz w:val="20"/>
        </w:rPr>
        <w:t>O Proposto receberá como remuneração mensal o valor bruto de R$ ____________________, pago até o ___ dia útil do mês subsequente ao trabalhado.</w:t>
      </w:r>
    </w:p>
    <w:p>
      <w:pPr>
        <w:jc w:val="both"/>
      </w:pPr>
      <w:r>
        <w:rPr>
          <w:b w:val="0"/>
          <w:sz w:val="20"/>
        </w:rPr>
        <w:t>Além do salário, serão concedidos os seguintes benefícios, quando aplicáveis:</w:t>
      </w:r>
    </w:p>
    <w:p>
      <w:pPr>
        <w:jc w:val="both"/>
      </w:pPr>
      <w:r>
        <w:rPr>
          <w:b w:val="0"/>
          <w:sz w:val="20"/>
        </w:rPr>
        <w:t>- Vale-transporte</w:t>
      </w:r>
    </w:p>
    <w:p>
      <w:pPr>
        <w:jc w:val="both"/>
      </w:pPr>
      <w:r>
        <w:rPr>
          <w:b w:val="0"/>
          <w:sz w:val="20"/>
        </w:rPr>
        <w:t>- Vale-refeição ou alimentação</w:t>
      </w:r>
    </w:p>
    <w:p>
      <w:pPr>
        <w:jc w:val="both"/>
      </w:pPr>
      <w:r>
        <w:rPr>
          <w:b w:val="0"/>
          <w:sz w:val="20"/>
        </w:rPr>
        <w:t>- Plano de saúde</w:t>
      </w:r>
    </w:p>
    <w:p>
      <w:pPr>
        <w:jc w:val="both"/>
      </w:pPr>
      <w:r>
        <w:rPr>
          <w:b w:val="0"/>
          <w:sz w:val="20"/>
        </w:rPr>
        <w:t>- Seguro de vida</w:t>
      </w:r>
    </w:p>
    <w:p>
      <w:pPr>
        <w:jc w:val="both"/>
      </w:pPr>
      <w:r>
        <w:rPr>
          <w:b w:val="0"/>
          <w:sz w:val="20"/>
        </w:rPr>
        <w:t>- Outros: ________________________________________________________________</w:t>
      </w:r>
    </w:p>
    <w:p/>
    <w:p>
      <w:pPr>
        <w:jc w:val="left"/>
      </w:pPr>
      <w:r>
        <w:rPr>
          <w:b/>
          <w:sz w:val="22"/>
        </w:rPr>
        <w:t>5. Prazo do Contrato</w:t>
      </w:r>
    </w:p>
    <w:p>
      <w:pPr>
        <w:jc w:val="both"/>
      </w:pPr>
      <w:r>
        <w:rPr>
          <w:b w:val="0"/>
          <w:sz w:val="20"/>
        </w:rPr>
        <w:t>O presente contrato terá prazo (indeterminado / determinado de ___ meses, com início em ___/___/____ e término em ___/___/____).</w:t>
      </w:r>
    </w:p>
    <w:p/>
    <w:p>
      <w:pPr>
        <w:jc w:val="left"/>
      </w:pPr>
      <w:r>
        <w:rPr>
          <w:b/>
          <w:sz w:val="22"/>
        </w:rPr>
        <w:t>6. Período de Experiência</w:t>
      </w:r>
    </w:p>
    <w:p>
      <w:pPr>
        <w:jc w:val="both"/>
      </w:pPr>
      <w:r>
        <w:rPr>
          <w:b w:val="0"/>
          <w:sz w:val="20"/>
        </w:rPr>
        <w:t>Será aplicado período de experiência de ___ dias, conforme previsto na legislação vigente, durante o qual as partes poderão rescindir o contrato sem aviso prévio e sem ônus.</w:t>
      </w:r>
    </w:p>
    <w:p/>
    <w:p>
      <w:pPr>
        <w:jc w:val="left"/>
      </w:pPr>
      <w:r>
        <w:rPr>
          <w:b/>
          <w:sz w:val="22"/>
        </w:rPr>
        <w:t>7. Obrigações do Proposto</w:t>
      </w:r>
    </w:p>
    <w:p>
      <w:pPr>
        <w:jc w:val="both"/>
      </w:pPr>
      <w:r>
        <w:rPr>
          <w:b w:val="0"/>
          <w:sz w:val="20"/>
        </w:rPr>
        <w:t>O Proposto deverá desempenhar suas funções com zelo, diligência e observância das normas internas da empresa, bem como cumprir horários e demais determinações legais e regulamentares.</w:t>
      </w:r>
    </w:p>
    <w:p/>
    <w:p>
      <w:pPr>
        <w:jc w:val="left"/>
      </w:pPr>
      <w:r>
        <w:rPr>
          <w:b/>
          <w:sz w:val="22"/>
        </w:rPr>
        <w:t>8. Obrigações do Proponente</w:t>
      </w:r>
    </w:p>
    <w:p>
      <w:pPr>
        <w:jc w:val="both"/>
      </w:pPr>
      <w:r>
        <w:rPr>
          <w:b w:val="0"/>
          <w:sz w:val="20"/>
        </w:rPr>
        <w:t>O Proponente compromete-se a fornecer as condições adequadas para a execução do trabalho, realizar os pagamentos devidos e respeitar os direitos trabalhistas e previdenciários do Proposto.</w:t>
      </w:r>
    </w:p>
    <w:p/>
    <w:p>
      <w:pPr>
        <w:jc w:val="left"/>
      </w:pPr>
      <w:r>
        <w:rPr>
          <w:b/>
          <w:sz w:val="22"/>
        </w:rPr>
        <w:t>9. Rescisão Contratual</w:t>
      </w:r>
    </w:p>
    <w:p>
      <w:pPr>
        <w:jc w:val="both"/>
      </w:pPr>
      <w:r>
        <w:rPr>
          <w:b w:val="0"/>
          <w:sz w:val="20"/>
        </w:rPr>
        <w:t>O contrato poderá ser rescindido por qualquer das partes mediante aviso prévio, conforme legislação vigente, ou imediatamente em casos de falta grave, nos termos do artigo 482 da CLT.</w:t>
      </w:r>
    </w:p>
    <w:p/>
    <w:p>
      <w:pPr>
        <w:jc w:val="left"/>
      </w:pPr>
      <w:r>
        <w:rPr>
          <w:b/>
          <w:sz w:val="22"/>
        </w:rPr>
        <w:t>10. Disposições Gerais</w:t>
      </w:r>
    </w:p>
    <w:p>
      <w:pPr>
        <w:jc w:val="both"/>
      </w:pPr>
      <w:r>
        <w:rPr>
          <w:b w:val="0"/>
          <w:sz w:val="20"/>
        </w:rPr>
        <w:t>Eventuais alterações nas condições aqui previstas deverão ser formalizadas por escrito e assinadas por ambas as partes.</w:t>
      </w:r>
    </w:p>
    <w:p>
      <w:pPr>
        <w:jc w:val="both"/>
      </w:pPr>
      <w:r>
        <w:rPr>
          <w:b w:val="0"/>
          <w:sz w:val="20"/>
        </w:rPr>
        <w:t>Este documento não substitui o contrato de trabalho formal, sendo parte integrante e complementar do mesmo.</w:t>
      </w:r>
    </w:p>
    <w:p/>
    <w:p>
      <w:pPr>
        <w:jc w:val="left"/>
      </w:pPr>
      <w:r>
        <w:rPr>
          <w:b/>
          <w:sz w:val="22"/>
        </w:rPr>
        <w:t>11. Foro</w:t>
      </w:r>
    </w:p>
    <w:p>
      <w:pPr>
        <w:jc w:val="both"/>
      </w:pPr>
      <w:r>
        <w:rPr>
          <w:b w:val="0"/>
          <w:sz w:val="20"/>
        </w:rPr>
        <w:t>Fica eleito o foro da comarca de ________________________, Estado de ________________, para dirimir quaisquer dúvidas ou litígios decorrentes deste instrumento.</w:t>
      </w:r>
    </w:p>
    <w:p/>
    <w:p/>
    <w:p>
      <w:pPr>
        <w:jc w:val="center"/>
      </w:pPr>
      <w:r>
        <w:rPr>
          <w:b w:val="0"/>
          <w:sz w:val="20"/>
        </w:rPr>
        <w:t>______________________________                       ______________________________</w:t>
      </w:r>
    </w:p>
    <w:p>
      <w:pPr>
        <w:jc w:val="center"/>
      </w:pPr>
      <w:r>
        <w:rPr>
          <w:b w:val="0"/>
          <w:sz w:val="20"/>
        </w:rPr>
        <w:t>Proponente                                                       Proposto</w:t>
      </w:r>
    </w:p>
    <w:p/>
    <w:p/>
    <w:p>
      <w:pPr>
        <w:jc w:val="center"/>
      </w:pPr>
      <w:r>
        <w:rPr>
          <w:b w:val="0"/>
          <w:sz w:val="20"/>
        </w:rPr>
        <w:t>Data: ____/____/________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https://adv-modelos.com/proposta-de-trabalho/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posta-de-trabalh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