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RENOVAÇÃO DE CONTRATO DE LOCAÇÃO RESIDENCIAL</w:t>
      </w:r>
    </w:p>
    <w:p/>
    <w:p/>
    <w:p>
      <w:pPr>
        <w:ind w:firstLine="360"/>
      </w:pPr>
      <w:r>
        <w:rPr>
          <w:b w:val="0"/>
          <w:sz w:val="20"/>
        </w:rPr>
        <w:t>LOCADOR(A): ________________________________________________________________, brasileiro(a), portador(a) do CPF nº ___________________, residente e domiciliado(a) à ______________________________________________________________________,</w:t>
      </w:r>
    </w:p>
    <w:p>
      <w:pPr>
        <w:ind w:firstLine="360"/>
      </w:pPr>
      <w:r>
        <w:rPr>
          <w:b w:val="0"/>
          <w:sz w:val="20"/>
        </w:rPr>
        <w:t>doravante denominado(a) simplesmente LOCADOR(A);</w:t>
      </w:r>
    </w:p>
    <w:p/>
    <w:p>
      <w:pPr>
        <w:ind w:firstLine="360"/>
      </w:pPr>
      <w:r>
        <w:rPr>
          <w:b w:val="0"/>
          <w:sz w:val="20"/>
        </w:rPr>
        <w:t>LOCATÁRIO(A): ______________________________________________________________, brasileiro(a), portador(a) do CPF nº ___________________, residente e domiciliado(a) à ______________________________________________________________________,</w:t>
      </w:r>
    </w:p>
    <w:p>
      <w:pPr>
        <w:ind w:firstLine="360"/>
      </w:pPr>
      <w:r>
        <w:rPr>
          <w:b w:val="0"/>
          <w:sz w:val="20"/>
        </w:rPr>
        <w:t>doravante denominado(a) simplesmente LOCATÁRIO(A);</w:t>
      </w:r>
    </w:p>
    <w:p/>
    <w:p/>
    <w:p>
      <w:r>
        <w:rPr>
          <w:b/>
          <w:sz w:val="22"/>
        </w:rPr>
        <w:t>CONSIDERANDO QUE:</w:t>
      </w:r>
    </w:p>
    <w:p/>
    <w:p>
      <w:pPr>
        <w:ind w:firstLine="360"/>
      </w:pPr>
      <w:r>
        <w:rPr>
          <w:b w:val="0"/>
          <w:sz w:val="20"/>
        </w:rPr>
        <w:t>I – As partes firmaram contrato de locação residencial em data de __/__/____, referente ao imóvel localizado à ________________________________________________________, cidade de ______________________, Estado ____________, cujo prazo de vigência expirou ou irá expirar em __/__/____;</w:t>
      </w:r>
    </w:p>
    <w:p>
      <w:pPr>
        <w:ind w:firstLine="360"/>
      </w:pPr>
      <w:r>
        <w:rPr>
          <w:b w:val="0"/>
          <w:sz w:val="20"/>
        </w:rPr>
        <w:t>II – As partes têm interesse na renovação desse contrato, mantendo as condições essenciais já pactuadas, com as atualizações e ajustes previstos neste instrumento;</w:t>
      </w:r>
    </w:p>
    <w:p/>
    <w:p/>
    <w:p>
      <w:r>
        <w:rPr>
          <w:b/>
          <w:sz w:val="22"/>
        </w:rPr>
        <w:t>CLÁUSULA PRIMEIRA – DO OBJETO</w:t>
      </w:r>
    </w:p>
    <w:p>
      <w:pPr>
        <w:ind w:firstLine="360"/>
      </w:pPr>
      <w:r>
        <w:rPr>
          <w:b w:val="0"/>
          <w:sz w:val="20"/>
        </w:rPr>
        <w:t>O LOCADOR(a) renova o contrato de locação residencial do imóvel descrito no preâmbulo, que fica mantido nas mesmas condições físicas e jurídicas, destinado exclusivamente para uso residencial do LOCATÁRIO(a).</w:t>
      </w:r>
    </w:p>
    <w:p/>
    <w:p>
      <w:r>
        <w:rPr>
          <w:b/>
          <w:sz w:val="22"/>
        </w:rPr>
        <w:t>CLÁUSULA SEGUNDA – DO PRAZO</w:t>
      </w:r>
    </w:p>
    <w:p>
      <w:pPr>
        <w:ind w:firstLine="360"/>
      </w:pPr>
      <w:r>
        <w:rPr>
          <w:b w:val="0"/>
          <w:sz w:val="20"/>
        </w:rPr>
        <w:t>O presente contrato é renovado pelo prazo de ____ (____) meses, iniciando-se em __/__/____ e terminando em __/__/____, findo o qual poderá ser renovado mediante acordo entre as partes.</w:t>
      </w:r>
    </w:p>
    <w:p/>
    <w:p>
      <w:r>
        <w:rPr>
          <w:b/>
          <w:sz w:val="22"/>
        </w:rPr>
        <w:t>CLÁUSULA TERCEIRA – DO VALOR DO ALUGUEL E REAJUSTE</w:t>
      </w:r>
    </w:p>
    <w:p>
      <w:pPr>
        <w:ind w:firstLine="360"/>
      </w:pPr>
      <w:r>
        <w:rPr>
          <w:b w:val="0"/>
          <w:sz w:val="20"/>
        </w:rPr>
        <w:t>O aluguel mensal fica estabelecido em R$ _______________ (__________________________), pagável todo dia ___ de cada mês, mediante depósito em conta bancária indicada pelo LOCADOR(a), ou por outro meio acordado entre as partes.</w:t>
      </w:r>
    </w:p>
    <w:p>
      <w:pPr>
        <w:ind w:firstLine="360"/>
      </w:pPr>
      <w:r>
        <w:rPr>
          <w:b w:val="0"/>
          <w:sz w:val="20"/>
        </w:rPr>
        <w:t>O valor do aluguel será reajustado anualmente, com base no índice IGPM/FGV, ou, na ausência deste, por outro índice oficial que venha a substituí-lo.</w:t>
      </w:r>
    </w:p>
    <w:p/>
    <w:p>
      <w:r>
        <w:rPr>
          <w:b/>
          <w:sz w:val="22"/>
        </w:rPr>
        <w:t>CLÁUSULA QUARTA – DAS DESPESAS</w:t>
      </w:r>
    </w:p>
    <w:p>
      <w:pPr>
        <w:ind w:firstLine="360"/>
      </w:pPr>
      <w:r>
        <w:rPr>
          <w:b w:val="0"/>
          <w:sz w:val="20"/>
        </w:rPr>
        <w:t>O LOCATÁRIO(a) ficará responsável pelo pagamento das despesas ordinárias do condomínio, contas de consumo (água, luz, gás, telefone, internet), taxas e impostos incidentes sobre o imóvel durante o período da locação.</w:t>
      </w:r>
    </w:p>
    <w:p/>
    <w:p>
      <w:r>
        <w:rPr>
          <w:b/>
          <w:sz w:val="22"/>
        </w:rPr>
        <w:t>CLÁUSULA QUINTA – DAS OBRIGAÇÕES DO LOCATÁRIO(A)</w:t>
      </w:r>
    </w:p>
    <w:p>
      <w:pPr>
        <w:ind w:firstLine="360"/>
      </w:pPr>
      <w:r>
        <w:rPr>
          <w:b w:val="0"/>
          <w:sz w:val="20"/>
        </w:rPr>
        <w:t>São obrigações do LOCATÁRIO(a):</w:t>
      </w:r>
    </w:p>
    <w:p>
      <w:pPr>
        <w:ind w:firstLine="360"/>
      </w:pPr>
      <w:r>
        <w:rPr>
          <w:b w:val="0"/>
          <w:sz w:val="20"/>
        </w:rPr>
        <w:t>a) Pagar pontualmente o aluguel e encargos;</w:t>
      </w:r>
    </w:p>
    <w:p>
      <w:pPr>
        <w:ind w:firstLine="360"/>
      </w:pPr>
      <w:r>
        <w:rPr>
          <w:b w:val="0"/>
          <w:sz w:val="20"/>
        </w:rPr>
        <w:t>b) Zelar pela conservação do imóvel, realizando reparos necessários por danos causados por si ou seus visitantes;</w:t>
      </w:r>
    </w:p>
    <w:p>
      <w:pPr>
        <w:ind w:firstLine="360"/>
      </w:pPr>
      <w:r>
        <w:rPr>
          <w:b w:val="0"/>
          <w:sz w:val="20"/>
        </w:rPr>
        <w:t>c) Não alterar a estrutura do imóvel sem autorização expressa do LOCADOR(a);</w:t>
      </w:r>
    </w:p>
    <w:p>
      <w:pPr>
        <w:ind w:firstLine="360"/>
      </w:pPr>
      <w:r>
        <w:rPr>
          <w:b w:val="0"/>
          <w:sz w:val="20"/>
        </w:rPr>
        <w:t>d) Entregar o imóvel ao final da locação nas mesmas condições em que o recebeu, salvo deteriorações decorrentes do uso normal;</w:t>
      </w:r>
    </w:p>
    <w:p/>
    <w:p>
      <w:r>
        <w:rPr>
          <w:b/>
          <w:sz w:val="22"/>
        </w:rPr>
        <w:t>CLÁUSULA SEXTA – DAS OBRIGAÇÕES DO LOCADOR(A)</w:t>
      </w:r>
    </w:p>
    <w:p>
      <w:pPr>
        <w:ind w:firstLine="360"/>
      </w:pPr>
      <w:r>
        <w:rPr>
          <w:b w:val="0"/>
          <w:sz w:val="20"/>
        </w:rPr>
        <w:t>São obrigações do LOCADOR(a):</w:t>
      </w:r>
    </w:p>
    <w:p>
      <w:pPr>
        <w:ind w:firstLine="360"/>
      </w:pPr>
      <w:r>
        <w:rPr>
          <w:b w:val="0"/>
          <w:sz w:val="20"/>
        </w:rPr>
        <w:t>a) Garantir o uso pacífico do imóvel durante o período da locação;</w:t>
      </w:r>
    </w:p>
    <w:p>
      <w:pPr>
        <w:ind w:firstLine="360"/>
      </w:pPr>
      <w:r>
        <w:rPr>
          <w:b w:val="0"/>
          <w:sz w:val="20"/>
        </w:rPr>
        <w:t>b) Manter as condições de habitabilidade do imóvel, realizando reparos estruturais necessários;</w:t>
      </w:r>
    </w:p>
    <w:p/>
    <w:p>
      <w:r>
        <w:rPr>
          <w:b/>
          <w:sz w:val="22"/>
        </w:rPr>
        <w:t>CLÁUSULA SÉTIMA – DA RESCISÃO</w:t>
      </w:r>
    </w:p>
    <w:p>
      <w:pPr>
        <w:ind w:firstLine="360"/>
      </w:pPr>
      <w:r>
        <w:rPr>
          <w:b w:val="0"/>
          <w:sz w:val="20"/>
        </w:rPr>
        <w:t>O presente contrato poderá ser rescindido nas hipóteses previstas em lei, mediante aviso prévio por escrito com antecedência mínima de 30 (trinta) dias por qualquer das partes.</w:t>
      </w:r>
    </w:p>
    <w:p>
      <w:pPr>
        <w:ind w:firstLine="360"/>
      </w:pPr>
      <w:r>
        <w:rPr>
          <w:b w:val="0"/>
          <w:sz w:val="20"/>
        </w:rPr>
        <w:t>Em caso de descumprimento de qualquer cláusula contratual, a parte prejudicada poderá rescindir o contrato imediatamente, sem prejuízo das perdas e danos.</w:t>
      </w:r>
    </w:p>
    <w:p/>
    <w:p>
      <w:r>
        <w:rPr>
          <w:b/>
          <w:sz w:val="22"/>
        </w:rPr>
        <w:t>CLÁUSULA OITAVA – DO FORO</w:t>
      </w:r>
    </w:p>
    <w:p>
      <w:pPr>
        <w:ind w:firstLine="360"/>
      </w:pPr>
      <w:r>
        <w:rPr>
          <w:b w:val="0"/>
          <w:sz w:val="20"/>
        </w:rPr>
        <w:t>Fica eleito o foro da comarca de _______________________, Estado ____________, para dirimir quaisquer dúvidas ou litígios oriundos deste contrato, renunciando as partes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E, por estarem assim justos e contratados, assinam o presente instrumento em 2 (duas) vias de igual teor e forma, para que produza seus jurídicos e legais efeitos.</w:t>
      </w:r>
    </w:p>
    <w:p/>
    <w:p/>
    <w:p/>
    <w:p/>
    <w:p>
      <w:pPr>
        <w:jc w:val="center"/>
      </w:pPr>
      <w:r>
        <w:rPr>
          <w:b/>
          <w:sz w:val="20"/>
        </w:rPr>
        <w:t>__________________________________________</w:t>
        <w:br/>
      </w:r>
      <w:r>
        <w:rPr>
          <w:b/>
        </w:rPr>
        <w:t>LOCADOR(A)</w:t>
      </w:r>
    </w:p>
    <w:p/>
    <w:p/>
    <w:p/>
    <w:p/>
    <w:p>
      <w:pPr>
        <w:jc w:val="center"/>
      </w:pPr>
      <w:r>
        <w:rPr>
          <w:b/>
          <w:sz w:val="20"/>
        </w:rPr>
        <w:t>__________________________________________</w:t>
        <w:br/>
      </w:r>
      <w:r>
        <w:rPr>
          <w:b/>
        </w:rPr>
        <w:t>LOCATÁRIO(A)</w:t>
      </w:r>
    </w:p>
    <w:p/>
    <w:p/>
    <w:p/>
    <w:p/>
    <w:p/>
    <w:p/>
    <w:p>
      <w:r>
        <w:rPr>
          <w:b/>
          <w:sz w:val="20"/>
        </w:rPr>
        <w:t>Testemunhas: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</w:t>
              <w:br/>
              <w:br/>
              <w:t>CPF: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</w:t>
              <w:br/>
              <w:br/>
              <w:t>CPF: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</w:t>
              <w:br/>
              <w:br/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</w:t>
              <w:br/>
              <w:br/>
              <w:t>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https://adv-modelos.com/renovacao-de-contrato-de-aluguel/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novacao-de-contrato-de-alugue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