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RESCISÃO CONTRATUAL</w:t>
      </w:r>
    </w:p>
    <w:p/>
    <w:p/>
    <w:p>
      <w:r>
        <w:rPr>
          <w:b w:val="0"/>
          <w:sz w:val="22"/>
        </w:rPr>
        <w:t>EXCELENTÍSSIMO(A) SENHOR(A) DOUTOR(A) JUIZ(A) DO TRABALHO DA ___ VARA DO TRABALHO DE ____________________</w:t>
      </w:r>
    </w:p>
    <w:p/>
    <w:p>
      <w:r>
        <w:rPr>
          <w:b w:val="0"/>
          <w:sz w:val="22"/>
        </w:rPr>
        <w:t>RECLAMANTE: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______________________________________________</w:t>
      </w:r>
    </w:p>
    <w:p>
      <w:r>
        <w:rPr>
          <w:b w:val="0"/>
          <w:sz w:val="22"/>
        </w:rPr>
        <w:t>CPF: ______________________________________________________________________</w:t>
      </w:r>
    </w:p>
    <w:p>
      <w:r>
        <w:rPr>
          <w:b w:val="0"/>
          <w:sz w:val="22"/>
        </w:rPr>
        <w:t>CTPS Nº: ______________________ SÉRIE: __________ UF: _______________________</w:t>
      </w:r>
    </w:p>
    <w:p>
      <w:r>
        <w:rPr>
          <w:b w:val="0"/>
          <w:sz w:val="22"/>
        </w:rPr>
        <w:t>PIS/PASEP: ________________________________________________________________</w:t>
      </w:r>
    </w:p>
    <w:p>
      <w:r>
        <w:rPr>
          <w:b w:val="0"/>
          <w:sz w:val="22"/>
        </w:rPr>
        <w:t>DATA DE NASCIMENTO: ___/___/_____</w:t>
      </w:r>
    </w:p>
    <w:p>
      <w:r>
        <w:rPr>
          <w:b w:val="0"/>
          <w:sz w:val="22"/>
        </w:rPr>
        <w:t>ENDEREÇO COMPLETO: ________________________________________________________</w:t>
      </w:r>
    </w:p>
    <w:p>
      <w:r>
        <w:rPr>
          <w:b w:val="0"/>
          <w:sz w:val="22"/>
        </w:rPr>
        <w:t>TELEFONE: _________________________________________________________________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___________________________________________________________________</w:t>
      </w:r>
    </w:p>
    <w:p/>
    <w:p>
      <w:r>
        <w:rPr>
          <w:b w:val="0"/>
          <w:sz w:val="22"/>
        </w:rPr>
        <w:t>RECLAMADA: ________________________________________________________________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____________________________________________________________________</w:t>
      </w:r>
    </w:p>
    <w:p>
      <w:r>
        <w:rPr>
          <w:b w:val="0"/>
          <w:sz w:val="22"/>
        </w:rPr>
        <w:t>INSCRIÇÃO ESTADUAL: ______________________________________________________</w:t>
      </w:r>
    </w:p>
    <w:p>
      <w:r>
        <w:rPr>
          <w:b w:val="0"/>
          <w:sz w:val="22"/>
        </w:rPr>
        <w:t>ENDEREÇO COMPLETO: ________________________________________________________</w:t>
      </w:r>
    </w:p>
    <w:p>
      <w:r>
        <w:rPr>
          <w:b w:val="0"/>
          <w:sz w:val="22"/>
        </w:rPr>
        <w:t>RAMO DE ATIVIDADE: 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Reclamante foi admitido pela Reclamada em ___/___/______, exercendo a função de ________________,</w:t>
      </w:r>
    </w:p>
    <w:p>
      <w:r>
        <w:rPr>
          <w:b w:val="0"/>
          <w:sz w:val="22"/>
        </w:rPr>
        <w:t>com salário mensal de R$ ________________.</w:t>
      </w:r>
    </w:p>
    <w:p>
      <w:r>
        <w:rPr>
          <w:b w:val="0"/>
          <w:sz w:val="22"/>
        </w:rPr>
        <w:t>O contrato de trabalho foi rescindido em ___/___/______ por iniciativa ________________ (do empregado/do empregador),</w:t>
      </w:r>
    </w:p>
    <w:p>
      <w:r>
        <w:rPr>
          <w:b w:val="0"/>
          <w:sz w:val="22"/>
        </w:rPr>
        <w:t>conforme demonstram os documentos anexos.</w:t>
      </w:r>
    </w:p>
    <w:p>
      <w:r>
        <w:rPr>
          <w:b w:val="0"/>
          <w:sz w:val="22"/>
        </w:rPr>
        <w:t>A rescisão contratual ocorreu sem o cumprimento das obrigações legais e contratuais,</w:t>
      </w:r>
    </w:p>
    <w:p>
      <w:r>
        <w:rPr>
          <w:b w:val="0"/>
          <w:sz w:val="22"/>
        </w:rPr>
        <w:t>gerando prejuízos ao Reclamante que ora busca a reparação judicial cabível.</w:t>
      </w:r>
    </w:p>
    <w:p/>
    <w:p>
      <w:r>
        <w:rPr>
          <w:b/>
          <w:sz w:val="24"/>
        </w:rPr>
        <w:t>II – DO CONTRATO DE TRABALHO</w:t>
      </w:r>
    </w:p>
    <w:p/>
    <w:p>
      <w:r>
        <w:rPr>
          <w:b w:val="0"/>
          <w:sz w:val="22"/>
        </w:rPr>
        <w:t>O contrato de trabalho tinha natureza ________________ (prazo determinado/indeterminado),</w:t>
      </w:r>
    </w:p>
    <w:p>
      <w:r>
        <w:rPr>
          <w:b w:val="0"/>
          <w:sz w:val="22"/>
        </w:rPr>
        <w:t>e previa as seguintes condições:</w:t>
      </w:r>
    </w:p>
    <w:p>
      <w:r>
        <w:rPr>
          <w:b w:val="0"/>
          <w:sz w:val="22"/>
        </w:rPr>
        <w:t>- Função: _________________________________________________________________</w:t>
      </w:r>
    </w:p>
    <w:p>
      <w:r>
        <w:rPr>
          <w:b w:val="0"/>
          <w:sz w:val="22"/>
        </w:rPr>
        <w:t>- Jornada de trabalho: ______________________________________________________</w:t>
      </w:r>
    </w:p>
    <w:p>
      <w:r>
        <w:rPr>
          <w:b w:val="0"/>
          <w:sz w:val="22"/>
        </w:rPr>
        <w:t>- Salário: R$ _______________________________________________________________</w:t>
      </w:r>
    </w:p>
    <w:p>
      <w:r>
        <w:rPr>
          <w:b w:val="0"/>
          <w:sz w:val="22"/>
        </w:rPr>
        <w:t>- Benefícios: _______________________________________________________________</w:t>
      </w:r>
    </w:p>
    <w:p/>
    <w:p>
      <w:r>
        <w:rPr>
          <w:b/>
          <w:sz w:val="24"/>
        </w:rPr>
        <w:t>III – DA RESCISÃO CONTRATUAL E MOTIVOS</w:t>
      </w:r>
    </w:p>
    <w:p/>
    <w:p>
      <w:r>
        <w:rPr>
          <w:b w:val="0"/>
          <w:sz w:val="22"/>
        </w:rPr>
        <w:t>A rescisão contratual deu-se por iniciativa ________________, sem observância das formalidades legais,</w:t>
      </w:r>
    </w:p>
    <w:p>
      <w:r>
        <w:rPr>
          <w:b w:val="0"/>
          <w:sz w:val="22"/>
        </w:rPr>
        <w:t>tais como aviso prévio e homologação quando exigida.</w:t>
      </w:r>
    </w:p>
    <w:p>
      <w:r>
        <w:rPr>
          <w:b w:val="0"/>
          <w:sz w:val="22"/>
        </w:rPr>
        <w:t>O Reclamante não recebeu as verbas rescisórias na forma e prazos previstos na legislação trabalhista,</w:t>
      </w:r>
    </w:p>
    <w:p>
      <w:r>
        <w:rPr>
          <w:b w:val="0"/>
          <w:sz w:val="22"/>
        </w:rPr>
        <w:t>além de outras irregularidades que serão detalhadas a seguir.</w:t>
      </w:r>
    </w:p>
    <w:p/>
    <w:p>
      <w:r>
        <w:rPr>
          <w:b/>
          <w:sz w:val="24"/>
        </w:rPr>
        <w:t>IV – DAS VERBAS RESCISÓRIAS DEVIDAS</w:t>
      </w:r>
    </w:p>
    <w:p/>
    <w:p>
      <w:r>
        <w:rPr>
          <w:b w:val="0"/>
          <w:sz w:val="22"/>
        </w:rPr>
        <w:t>Requer o Reclamante o pagamento das seguintes verbas, não quitadas ou quitadas de forma incorreta pela Reclamada:</w:t>
      </w:r>
    </w:p>
    <w:p/>
    <w:p>
      <w:r>
        <w:rPr>
          <w:b w:val="0"/>
          <w:sz w:val="22"/>
        </w:rPr>
        <w:t>- Saldo de salário: R$ ________________________________________________</w:t>
      </w:r>
    </w:p>
    <w:p>
      <w:r>
        <w:rPr>
          <w:b w:val="0"/>
          <w:sz w:val="22"/>
        </w:rPr>
        <w:t>- Aviso prévio (trabalhado ou indenizado): R$ ____________________________</w:t>
      </w:r>
    </w:p>
    <w:p>
      <w:r>
        <w:rPr>
          <w:b w:val="0"/>
          <w:sz w:val="22"/>
        </w:rPr>
        <w:t>- 13º salário proporcional: R$ _________________________________________</w:t>
      </w:r>
    </w:p>
    <w:p>
      <w:r>
        <w:rPr>
          <w:b w:val="0"/>
          <w:sz w:val="22"/>
        </w:rPr>
        <w:t>- Férias vencidas e proporcionais + 1/3 constitucional: R$ _______________</w:t>
      </w:r>
    </w:p>
    <w:p>
      <w:r>
        <w:rPr>
          <w:b w:val="0"/>
          <w:sz w:val="22"/>
        </w:rPr>
        <w:t>- FGTS sobre o período total do contrato: R$ ____________________________</w:t>
      </w:r>
    </w:p>
    <w:p>
      <w:r>
        <w:rPr>
          <w:b w:val="0"/>
          <w:sz w:val="22"/>
        </w:rPr>
        <w:t>- Multa de 40% sobre FGTS: R$ _________________________________________</w:t>
      </w:r>
    </w:p>
    <w:p>
      <w:r>
        <w:rPr>
          <w:b w:val="0"/>
          <w:sz w:val="22"/>
        </w:rPr>
        <w:t>- Multa do artigo 477 da CLT: R$ _______________________________________</w:t>
      </w:r>
    </w:p>
    <w:p>
      <w:r>
        <w:rPr>
          <w:b w:val="0"/>
          <w:sz w:val="22"/>
        </w:rPr>
        <w:t>- Multa do artigo 467 da CLT: R$ _______________________________________</w:t>
      </w:r>
    </w:p>
    <w:p>
      <w:r>
        <w:rPr>
          <w:b w:val="0"/>
          <w:sz w:val="22"/>
        </w:rPr>
        <w:t>- Horas extras e reflexos: R$ __________________________________________</w:t>
      </w:r>
    </w:p>
    <w:p>
      <w:r>
        <w:rPr>
          <w:b w:val="0"/>
          <w:sz w:val="22"/>
        </w:rPr>
        <w:t>- Adicional noturno (se houver) e reflexos: R$ __________________________</w:t>
      </w:r>
    </w:p>
    <w:p>
      <w:r>
        <w:rPr>
          <w:b w:val="0"/>
          <w:sz w:val="22"/>
        </w:rPr>
        <w:t>- Indenização por danos morais (se aplicável): R$ ________________________</w:t>
      </w:r>
    </w:p>
    <w:p>
      <w:r>
        <w:rPr>
          <w:b w:val="0"/>
          <w:sz w:val="22"/>
        </w:rPr>
        <w:t>- Outros valores: ______________________________________________________</w:t>
      </w:r>
    </w:p>
    <w:p/>
    <w:p>
      <w:r>
        <w:rPr>
          <w:b/>
          <w:sz w:val="24"/>
        </w:rPr>
        <w:t>V – DO AVISO PRÉVIO</w:t>
      </w:r>
    </w:p>
    <w:p/>
    <w:p>
      <w:r>
        <w:rPr>
          <w:b w:val="0"/>
          <w:sz w:val="22"/>
        </w:rPr>
        <w:t>O aviso prévio não foi cumprido ou pago, conforme determina a Consolidação das Leis do Trabalho, devendo ser indenizado pelo período legalmente previsto.</w:t>
      </w:r>
    </w:p>
    <w:p/>
    <w:p>
      <w:r>
        <w:rPr>
          <w:b/>
          <w:sz w:val="24"/>
        </w:rPr>
        <w:t>VI – DO FGTS E GUIAS</w:t>
      </w:r>
    </w:p>
    <w:p/>
    <w:p>
      <w:r>
        <w:rPr>
          <w:b w:val="0"/>
          <w:sz w:val="22"/>
        </w:rPr>
        <w:t>A Reclamada não efetuou os depósitos do FGTS corretamente durante o contrato, tampouco forneceu as guias para levantamento ou habilitação no seguro-desemprego.</w:t>
      </w:r>
    </w:p>
    <w:p/>
    <w:p>
      <w:r>
        <w:rPr>
          <w:b/>
          <w:sz w:val="24"/>
        </w:rPr>
        <w:t>VII – DOS DOCUMENTOS</w:t>
      </w:r>
    </w:p>
    <w:p/>
    <w:p>
      <w:r>
        <w:rPr>
          <w:b w:val="0"/>
          <w:sz w:val="22"/>
        </w:rPr>
        <w:t>Requer a entrega dos seguintes documentos indispensáveis para a habilitação do Reclamante junto aos órgãos competentes:</w:t>
      </w:r>
    </w:p>
    <w:p/>
    <w:p>
      <w:r>
        <w:rPr>
          <w:b w:val="0"/>
          <w:sz w:val="22"/>
        </w:rPr>
        <w:t>• Carteira de Trabalho e Previdência Social (CTPS) devidamente atualizada;</w:t>
      </w:r>
    </w:p>
    <w:p>
      <w:r>
        <w:rPr>
          <w:b w:val="0"/>
          <w:sz w:val="22"/>
        </w:rPr>
        <w:t>• Termo de Rescisão do Contrato de Trabalho (TRCT);</w:t>
      </w:r>
    </w:p>
    <w:p>
      <w:r>
        <w:rPr>
          <w:b w:val="0"/>
          <w:sz w:val="22"/>
        </w:rPr>
        <w:t>• Guias para levantamento do FGTS;</w:t>
      </w:r>
    </w:p>
    <w:p>
      <w:r>
        <w:rPr>
          <w:b w:val="0"/>
          <w:sz w:val="22"/>
        </w:rPr>
        <w:t>• Comunicação de Dispensa para habilitação no seguro-desemprego;</w:t>
      </w:r>
    </w:p>
    <w:p>
      <w:r>
        <w:rPr>
          <w:b w:val="0"/>
          <w:sz w:val="22"/>
        </w:rPr>
        <w:t>• Outros documentos necessários para a comprovação dos direitos pleiteados.</w:t>
      </w:r>
    </w:p>
    <w:p/>
    <w:p>
      <w:r>
        <w:rPr>
          <w:b/>
          <w:sz w:val="24"/>
        </w:rPr>
        <w:t>VIII – DOS PEDIDOS</w:t>
      </w:r>
    </w:p>
    <w:p/>
    <w:p>
      <w:r>
        <w:rPr>
          <w:b w:val="0"/>
          <w:sz w:val="22"/>
        </w:rPr>
        <w:t>Diante do exposto, requer-se:</w:t>
      </w:r>
    </w:p>
    <w:p/>
    <w:p>
      <w:r>
        <w:rPr>
          <w:b w:val="0"/>
          <w:sz w:val="22"/>
        </w:rPr>
        <w:t>1. A citação da Reclamada para apresentar defesa, sob pena de revelia;</w:t>
      </w:r>
    </w:p>
    <w:p>
      <w:r>
        <w:rPr>
          <w:b w:val="0"/>
          <w:sz w:val="22"/>
        </w:rPr>
        <w:t>2. A condenação da Reclamada ao pagamento das verbas rescisórias discriminadas, devidamente corrigidas e acrescidas de juros legais;</w:t>
      </w:r>
    </w:p>
    <w:p>
      <w:r>
        <w:rPr>
          <w:b w:val="0"/>
          <w:sz w:val="22"/>
        </w:rPr>
        <w:t>3. A entrega imediata dos documentos relacionados no item VII;</w:t>
      </w:r>
    </w:p>
    <w:p>
      <w:r>
        <w:rPr>
          <w:b w:val="0"/>
          <w:sz w:val="22"/>
        </w:rPr>
        <w:t>4. A condenação da Reclamada ao pagamento de honorários advocatícios;</w:t>
      </w:r>
    </w:p>
    <w:p>
      <w:r>
        <w:rPr>
          <w:b w:val="0"/>
          <w:sz w:val="22"/>
        </w:rPr>
        <w:t>5. A concessão dos benefícios da justiça gratuita, caso preenchidos os requisitos legais;</w:t>
      </w:r>
    </w:p>
    <w:p>
      <w:r>
        <w:rPr>
          <w:b w:val="0"/>
          <w:sz w:val="22"/>
        </w:rPr>
        <w:t>6. A aplicação das multas previstas nos artigos 467 e 477 da CLT;</w:t>
      </w:r>
    </w:p>
    <w:p>
      <w:r>
        <w:rPr>
          <w:b w:val="0"/>
          <w:sz w:val="22"/>
        </w:rPr>
        <w:t>7. A produção de todas as provas admitidas em direito, especialmente documental, testemunhal e pericial, caso necessário.</w:t>
      </w:r>
    </w:p>
    <w:p/>
    <w:p>
      <w:r>
        <w:rPr>
          <w:b/>
          <w:sz w:val="24"/>
        </w:rPr>
        <w:t>IX – DO VALOR DA CAUSA</w:t>
      </w:r>
    </w:p>
    <w:p/>
    <w:p>
      <w:r>
        <w:rPr>
          <w:b w:val="0"/>
          <w:sz w:val="22"/>
        </w:rPr>
        <w:t>Dá-se à causa o valor de R$ ____________________________ (valor estimado das verbas pleiteadas).</w:t>
      </w:r>
    </w:p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_____ de ____________________ de _________.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https://adv-modelos.com/rescisao-contratual/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scisao-contratual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