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PETIÇÃO DE RETIFICAÇÃO</w:t>
      </w:r>
    </w:p>
    <w:p/>
    <w:p>
      <w:r>
        <w:rPr>
          <w:b w:val="0"/>
          <w:sz w:val="20"/>
        </w:rPr>
        <w:t>EXCELENTÍSSIMO(A) SENHOR(A) DOUTOR(A) JUIZ(A) DE DIREITO DA ___ VARA CÍVEL DA COMARCA DE ________________________</w:t>
      </w:r>
    </w:p>
    <w:p/>
    <w:p>
      <w:r>
        <w:rPr>
          <w:b w:val="0"/>
          <w:sz w:val="20"/>
        </w:rPr>
        <w:t>Processo nº: _____________________________</w:t>
      </w:r>
    </w:p>
    <w:p/>
    <w:p>
      <w:r>
        <w:rPr>
          <w:b w:val="0"/>
          <w:sz w:val="20"/>
        </w:rPr>
        <w:t>REQUERENTE: 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</w:t>
      </w:r>
    </w:p>
    <w:p>
      <w:r>
        <w:rPr>
          <w:b w:val="0"/>
          <w:sz w:val="20"/>
        </w:rPr>
        <w:t>CPF/CNPJ: ______________________________________________________________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</w:t>
      </w:r>
    </w:p>
    <w:p>
      <w:r>
        <w:rPr>
          <w:b w:val="0"/>
          <w:sz w:val="20"/>
        </w:rPr>
        <w:t>TELEFONE: 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</w:t>
      </w:r>
    </w:p>
    <w:p/>
    <w:p>
      <w:r>
        <w:rPr>
          <w:b w:val="0"/>
          <w:sz w:val="20"/>
        </w:rPr>
        <w:t>ADVOGADO(A): ___________________________________________________________</w:t>
      </w:r>
    </w:p>
    <w:p>
      <w:r>
        <w:rPr>
          <w:b w:val="0"/>
          <w:sz w:val="20"/>
        </w:rPr>
        <w:t>OAB/UF: _______________________________________________________________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 Requerente, na qualidade de parte interessada no processo em epígrafe, vem respeitosamente à presença de Vossa Excelência requerer a presente</w:t>
      </w:r>
    </w:p>
    <w:p>
      <w:r>
        <w:rPr>
          <w:b/>
          <w:sz w:val="20"/>
        </w:rPr>
        <w:t>PETIÇÃO DE RETIFICAÇÃO, com fundamento no artigo 494 do Código de Processo Civil, para corrigir informações equivocadas constantes nos autos, conforme segue:</w:t>
      </w:r>
    </w:p>
    <w:p/>
    <w:p>
      <w:r>
        <w:rPr>
          <w:b/>
          <w:sz w:val="20"/>
        </w:rPr>
        <w:t>1. A retificação se faz necessária em razão de erro material/incorreção nos dados inicialmente apresentados, especificamente quanto a: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 w:val="0"/>
          <w:sz w:val="20"/>
        </w:rPr>
        <w:t>2. Tal erro pode comprometer o correto andamento processual e a adequada prestação jurisdicional, motivo pelo qual se requer a retificação com urgência.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sz w:val="20"/>
        </w:rPr>
        <w:t>O artigo 494 do Código de Processo Civil prevê que o juiz pode, a requerimento da parte ou de ofício, corrigir erro material, ainda que não mencionado na petição inicial,</w:t>
      </w:r>
    </w:p>
    <w:p>
      <w:r>
        <w:rPr>
          <w:b w:val="0"/>
          <w:sz w:val="20"/>
        </w:rPr>
        <w:t>desde que tal correção não altere a substância da demanda nem prejudique a parte contrária.</w:t>
      </w:r>
    </w:p>
    <w:p/>
    <w:p>
      <w:r>
        <w:rPr>
          <w:b w:val="0"/>
          <w:sz w:val="20"/>
        </w:rPr>
        <w:t>Ademais, a retificação visa garantir a verdade real e a segurança jurídica, princípios basilares do ordenamento jurídico brasileiro.</w:t>
      </w:r>
    </w:p>
    <w:p/>
    <w:p>
      <w:r>
        <w:rPr>
          <w:b/>
          <w:sz w:val="22"/>
        </w:rPr>
        <w:t>III – DOS PEDIDOS</w:t>
      </w:r>
    </w:p>
    <w:p/>
    <w:p>
      <w:r>
        <w:rPr>
          <w:b/>
          <w:sz w:val="20"/>
        </w:rPr>
        <w:t>Diante do exposto, requer-se:</w:t>
      </w:r>
    </w:p>
    <w:p/>
    <w:p>
      <w:r>
        <w:rPr>
          <w:b w:val="0"/>
          <w:sz w:val="20"/>
        </w:rPr>
        <w:t>1. A juntada desta petição aos autos do processo nº ___________________________;</w:t>
      </w:r>
    </w:p>
    <w:p>
      <w:r>
        <w:rPr>
          <w:b w:val="0"/>
          <w:sz w:val="20"/>
        </w:rPr>
        <w:t>2. A retificação dos dados indicados no item I desta petição, para que constem corretamente nos autos;</w:t>
      </w:r>
    </w:p>
    <w:p>
      <w:r>
        <w:rPr>
          <w:b w:val="0"/>
          <w:sz w:val="20"/>
        </w:rPr>
        <w:t>3. A intimação da parte contrária para, querendo, manifestar-se sobre a presente retificação;</w:t>
      </w:r>
    </w:p>
    <w:p>
      <w:r>
        <w:rPr>
          <w:b w:val="0"/>
          <w:sz w:val="20"/>
        </w:rPr>
        <w:t>4. Que todas as comunicações futuras sejam realizadas nos endereços eletrônicos e físicos indicados nesta petição;</w:t>
      </w:r>
    </w:p>
    <w:p>
      <w:r>
        <w:rPr>
          <w:b w:val="0"/>
          <w:sz w:val="20"/>
        </w:rPr>
        <w:t>5. A concessão dos benefícios da justiça gratuita, caso preenchidos os requisitos legais,</w:t>
      </w:r>
    </w:p>
    <w:p>
      <w:r>
        <w:rPr>
          <w:b w:val="0"/>
          <w:sz w:val="20"/>
        </w:rPr>
        <w:t xml:space="preserve">   para evitar prejuízo à parte requerente.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__________________________________________________________</w:t>
      </w:r>
    </w:p>
    <w:p>
      <w:r>
        <w:rPr>
          <w:b w:val="0"/>
          <w:sz w:val="20"/>
        </w:rPr>
        <w:t>Local para assinatura do Requerente ou Advogado(a)</w:t>
      </w:r>
    </w:p>
    <w:p/>
    <w:p>
      <w:r>
        <w:rPr>
          <w:b w:val="0"/>
          <w:sz w:val="20"/>
        </w:rPr>
        <w:t>__________________________________________________________</w:t>
      </w:r>
    </w:p>
    <w:p>
      <w:r>
        <w:rPr>
          <w:b w:val="0"/>
          <w:sz w:val="20"/>
        </w:rPr>
        <w:t>Nome do Advogado(a) – OAB/UF nº 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https://adv-modelos.com/retificacao/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retificacao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