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SUBSTABELECIMENTO SEM RESERVA DE PODERES</w:t>
      </w:r>
    </w:p>
    <w:p/>
    <w:p/>
    <w:p>
      <w:r>
        <w:rPr>
          <w:b/>
          <w:sz w:val="22"/>
        </w:rPr>
        <w:t>OUTORGANTE:</w:t>
      </w:r>
    </w:p>
    <w:p>
      <w:r>
        <w:rPr>
          <w:b w:val="0"/>
          <w:sz w:val="22"/>
        </w:rPr>
        <w:t>Nome completo: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</w:t>
      </w:r>
    </w:p>
    <w:p>
      <w:r>
        <w:rPr>
          <w:b w:val="0"/>
          <w:sz w:val="22"/>
        </w:rPr>
        <w:t>CPF: 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</w:t>
      </w:r>
    </w:p>
    <w:p>
      <w:pPr>
        <w:jc w:val="center"/>
      </w:pPr>
      <w:r>
        <w:rPr>
          <w:b w:val="0"/>
          <w:sz w:val="22"/>
        </w:rPr>
        <w:t>_________________________________________________________________________</w:t>
      </w:r>
    </w:p>
    <w:p>
      <w:r>
        <w:rPr>
          <w:b w:val="0"/>
          <w:sz w:val="22"/>
        </w:rPr>
        <w:t>Telefone/Contato: ________________________________________________________</w:t>
      </w:r>
    </w:p>
    <w:p/>
    <w:p>
      <w:r>
        <w:rPr>
          <w:b/>
          <w:sz w:val="22"/>
        </w:rPr>
        <w:t>OUTORGADO:</w:t>
      </w:r>
    </w:p>
    <w:p>
      <w:r>
        <w:rPr>
          <w:b w:val="0"/>
          <w:sz w:val="22"/>
        </w:rPr>
        <w:t>Nome completo: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</w:t>
      </w:r>
    </w:p>
    <w:p>
      <w:r>
        <w:rPr>
          <w:b w:val="0"/>
          <w:sz w:val="22"/>
        </w:rPr>
        <w:t>CPF: 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</w:t>
      </w:r>
    </w:p>
    <w:p>
      <w:pPr>
        <w:jc w:val="center"/>
      </w:pPr>
      <w:r>
        <w:rPr>
          <w:b w:val="0"/>
          <w:sz w:val="22"/>
        </w:rPr>
        <w:t>_________________________________________________________________________</w:t>
      </w:r>
    </w:p>
    <w:p>
      <w:r>
        <w:rPr>
          <w:b w:val="0"/>
          <w:sz w:val="22"/>
        </w:rPr>
        <w:t>Telefone/Contato: ________________________________________________________</w:t>
      </w:r>
    </w:p>
    <w:p/>
    <w:p>
      <w:r>
        <w:rPr>
          <w:b/>
          <w:sz w:val="22"/>
        </w:rPr>
        <w:t>PODERES SUBSTABELECIDOS:</w:t>
      </w:r>
    </w:p>
    <w:p>
      <w:r>
        <w:rPr>
          <w:b w:val="0"/>
          <w:sz w:val="22"/>
        </w:rPr>
        <w:t>Pelo presente instrumento particular, o(a) OUTORGANTE substabelece, sem reserva de poderes, ao(à) OUTORGADO(A), os poderes para representar o(a) OUTORGANTE nos atos e processos judiciais e extrajudiciais de sua competência, especialmente para o fim de praticar todos os atos necessários, inclusive receber e dar quitação, substabelecer, firmar compromissos, acordos, transigir, desistir, renunciar, receber intimações e notificações, assinar documentos e praticar todos os demais atos que se fizerem necessários.</w:t>
      </w:r>
    </w:p>
    <w:p/>
    <w:p>
      <w:r>
        <w:rPr>
          <w:b/>
          <w:sz w:val="22"/>
        </w:rPr>
        <w:t>LIMITAÇÕES:</w:t>
      </w:r>
    </w:p>
    <w:p>
      <w:r>
        <w:rPr>
          <w:b w:val="0"/>
          <w:sz w:val="22"/>
        </w:rPr>
        <w:t>Este substabelecimento é feito sem reserva de poderes, não restando ao(à) OUTORGANTE poderes para praticar atos que requeiram poderes especiais não expressamente conferidos, ressalvadas as limitações legais e éticas aplicáveis.</w:t>
      </w:r>
    </w:p>
    <w:p/>
    <w:p>
      <w:r>
        <w:rPr>
          <w:b/>
          <w:sz w:val="22"/>
        </w:rPr>
        <w:t>LOCAL E FORO:</w:t>
      </w:r>
    </w:p>
    <w:p>
      <w:r>
        <w:rPr>
          <w:b w:val="0"/>
          <w:sz w:val="22"/>
        </w:rPr>
        <w:t>Fica eleito o Foro da Comarca de ______________________________ para dirimir quaisquer dúvidas ou controvérsias oriundas deste substabelecimento.</w:t>
      </w:r>
    </w:p>
    <w:p/>
    <w:p>
      <w:r>
        <w:rPr>
          <w:b/>
          <w:sz w:val="22"/>
        </w:rPr>
        <w:t>DECLARAÇÕES:</w:t>
      </w:r>
    </w:p>
    <w:p>
      <w:r>
        <w:rPr>
          <w:b w:val="0"/>
          <w:sz w:val="22"/>
        </w:rPr>
        <w:t>O(A) OUTORGANTE declara que é titular válido dos poderes ora substabelecidos, que este substabelecimento é feito em conformidade com o instrumento de mandato original e que o(à) OUTORGADO(A) aceita os poderes ora conferidos.</w:t>
      </w:r>
    </w:p>
    <w:p/>
    <w:p>
      <w:r>
        <w:rPr>
          <w:b w:val="0"/>
          <w:sz w:val="22"/>
        </w:rPr>
        <w:t>Por ser expressão da verdade, firmam o presente substabelecimento em __ (__) vias de igual teor e forma, para que produza seus jurídicos e legais efeitos.</w:t>
      </w:r>
    </w:p>
    <w:p/>
    <w:p>
      <w:pPr>
        <w:jc w:val="center"/>
      </w:pPr>
      <w:r>
        <w:rPr>
          <w:b w:val="0"/>
          <w:sz w:val="22"/>
        </w:rPr>
        <w:t>______________________________, ____ de ____________________ de _________.</w:t>
      </w:r>
    </w:p>
    <w:p/>
    <w:p>
      <w:pPr>
        <w:jc w:val="center"/>
      </w:pPr>
      <w:r>
        <w:rPr>
          <w:b w:val="0"/>
          <w:sz w:val="22"/>
        </w:rPr>
        <w:t>___________________________________________</w:t>
      </w:r>
    </w:p>
    <w:p>
      <w:r>
        <w:rPr>
          <w:b w:val="0"/>
          <w:sz w:val="22"/>
        </w:rPr>
        <w:t>OUTORGANTE</w:t>
      </w:r>
    </w:p>
    <w:p/>
    <w:p>
      <w:pPr>
        <w:jc w:val="center"/>
      </w:pPr>
      <w:r>
        <w:rPr>
          <w:b w:val="0"/>
          <w:sz w:val="22"/>
        </w:rPr>
        <w:t>___________________________________________</w:t>
      </w:r>
    </w:p>
    <w:p>
      <w:r>
        <w:rPr>
          <w:b w:val="0"/>
          <w:sz w:val="22"/>
        </w:rPr>
        <w:t>OUTORGADO(A)</w:t>
      </w:r>
    </w:p>
    <w:p/>
    <w:p>
      <w:r>
        <w:rPr>
          <w:b/>
          <w:sz w:val="22"/>
        </w:rPr>
        <w:t>Testemunhas:</w:t>
      </w:r>
    </w:p>
    <w:p/>
    <w:p>
      <w:r>
        <w:rPr>
          <w:b w:val="0"/>
          <w:sz w:val="22"/>
        </w:rPr>
        <w:t>1) Nome: ____________________________________  CPF: _______________________</w:t>
      </w:r>
    </w:p>
    <w:p>
      <w:r>
        <w:rPr>
          <w:b w:val="0"/>
          <w:sz w:val="22"/>
        </w:rPr>
        <w:t xml:space="preserve">   Assinatura: _________________________________________________</w:t>
      </w:r>
    </w:p>
    <w:p/>
    <w:p>
      <w:r>
        <w:rPr>
          <w:b w:val="0"/>
          <w:sz w:val="22"/>
        </w:rPr>
        <w:t>2) Nome: ____________________________________  CPF: _______________________</w:t>
      </w:r>
    </w:p>
    <w:p>
      <w:r>
        <w:rPr>
          <w:b w:val="0"/>
          <w:sz w:val="22"/>
        </w:rPr>
        <w:t xml:space="preserve">   Assinatura: 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https://adv-modelos.com/substabelecimento-sem-reserva-de-poderes/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substabelecimento-sem-reserva-de-podere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