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TESTAMENTO CERRADO</w:t>
      </w:r>
    </w:p>
    <w:p/>
    <w:p/>
    <w:p>
      <w:r>
        <w:rPr>
          <w:b w:val="0"/>
          <w:sz w:val="22"/>
        </w:rPr>
        <w:t>Eu, ________________________________________________, brasileiro(a), estado civil ________________, profissão ____________________, portador(a) do RG nº _____________________ e CPF nº _____________________, residente e domiciliado(a) à ____________________________________________________________, no uso de minhas faculdades mentais, livre e espontaneamente, faço o presente Testamento Cerrado, que será firmado conforme determina a legislação vigente, especialmente os artigos 1.867 a 1.877 do Código Civil Brasileiro e artigos do Código de Processo Civil correlatos.</w:t>
      </w:r>
    </w:p>
    <w:p/>
    <w:p>
      <w:pPr>
        <w:jc w:val="center"/>
      </w:pPr>
      <w:r>
        <w:rPr>
          <w:b/>
          <w:sz w:val="24"/>
        </w:rPr>
        <w:t>I - DISPOSIÇÕES PRELIMINARES</w:t>
      </w:r>
    </w:p>
    <w:p/>
    <w:p>
      <w:r>
        <w:rPr>
          <w:b w:val="0"/>
          <w:sz w:val="22"/>
        </w:rPr>
        <w:t>1. Declaro que este testamento contém minhas últimas vontades, revogando quaisquer testamentos anteriores por mim feitos, sejam públicos ou particulares.</w:t>
      </w:r>
    </w:p>
    <w:p>
      <w:r>
        <w:rPr>
          <w:b w:val="0"/>
          <w:sz w:val="22"/>
        </w:rPr>
        <w:t>2. Este testamento é composto pelas disposições constantes neste documento e por seus anexos, que faço acompanhar e indicar para que sejam respeitados na sua integralidade.</w:t>
      </w:r>
    </w:p>
    <w:p/>
    <w:p>
      <w:pPr>
        <w:jc w:val="center"/>
      </w:pPr>
      <w:r>
        <w:rPr>
          <w:b/>
          <w:sz w:val="24"/>
        </w:rPr>
        <w:t>II - DISPOSIÇÕES SOBRE BENS E LEGADOS</w:t>
      </w:r>
    </w:p>
    <w:p/>
    <w:p>
      <w:r>
        <w:rPr>
          <w:b w:val="0"/>
          <w:sz w:val="22"/>
        </w:rPr>
        <w:t>1. Instituo como meus herdeiros universais e legítimos os seguintes:</w:t>
      </w:r>
    </w:p>
    <w:p>
      <w:r>
        <w:rPr>
          <w:b w:val="0"/>
          <w:sz w:val="22"/>
        </w:rPr>
        <w:t xml:space="preserve">   a) Nome: __________________________________________, CPF nº ______________________, endereço: ____________________________________________, com a quota parte de ______%.</w:t>
      </w:r>
    </w:p>
    <w:p>
      <w:r>
        <w:rPr>
          <w:b w:val="0"/>
          <w:sz w:val="22"/>
        </w:rPr>
        <w:t xml:space="preserve">   b) Nome: __________________________________________, CPF nº ______________________, endereço: ____________________________________________, com a quota parte de ______%.</w:t>
      </w:r>
    </w:p>
    <w:p>
      <w:r>
        <w:rPr>
          <w:b w:val="0"/>
          <w:sz w:val="22"/>
        </w:rPr>
        <w:t>2. Legados específicos:</w:t>
      </w:r>
    </w:p>
    <w:p>
      <w:r>
        <w:rPr>
          <w:b w:val="0"/>
          <w:sz w:val="22"/>
        </w:rPr>
        <w:t xml:space="preserve">   a) Legado de bem imóvel situado à ___________________________________________________, para ______________________________________________ (nome do beneficiário).</w:t>
      </w:r>
    </w:p>
    <w:p>
      <w:r>
        <w:rPr>
          <w:b w:val="0"/>
          <w:sz w:val="22"/>
        </w:rPr>
        <w:t xml:space="preserve">   b) Legado de bem móvel (descrever) __________________________________________________, para ______________________________________________ (nome do beneficiário).</w:t>
      </w:r>
    </w:p>
    <w:p>
      <w:r>
        <w:rPr>
          <w:b w:val="0"/>
          <w:sz w:val="22"/>
        </w:rPr>
        <w:t>3. Em caso de falecimento de algum dos herdeiros ou legatários antes de mim, seus descendentes o substituirão na herança ou legado, conforme dispõe a lei.</w:t>
      </w:r>
    </w:p>
    <w:p/>
    <w:p>
      <w:pPr>
        <w:jc w:val="center"/>
      </w:pPr>
      <w:r>
        <w:rPr>
          <w:b/>
          <w:sz w:val="24"/>
        </w:rPr>
        <w:t>III - DISPOSIÇÕES SOBRE TESTAMENTEIRO E EXECUTOR</w:t>
      </w:r>
    </w:p>
    <w:p/>
    <w:p>
      <w:r>
        <w:rPr>
          <w:b w:val="0"/>
          <w:sz w:val="22"/>
        </w:rPr>
        <w:t>1. Nomeio como testamenteiro para lavrar este testamento cerrado o Senhor(a) ________________________________________, portador(a) do RG nº __________________ e CPF nº ____________________, residente em ________________________________________________.</w:t>
      </w:r>
    </w:p>
    <w:p>
      <w:r>
        <w:rPr>
          <w:b w:val="0"/>
          <w:sz w:val="22"/>
        </w:rPr>
        <w:t>2. Nomeio como executor testamentário o Senhor(a) ________________________________________, portador(a) do RG nº __________________ e CPF nº ____________________, residente em ________________________________________________.</w:t>
      </w:r>
    </w:p>
    <w:p>
      <w:r>
        <w:rPr>
          <w:b w:val="0"/>
          <w:sz w:val="22"/>
        </w:rPr>
        <w:t>3. O executor deverá cumprir fielmente as disposições deste testamento, promovendo a partilha dos bens e pagamento dos legados, respeitando a ordem e as condições aqui estabelecidas.</w:t>
      </w:r>
    </w:p>
    <w:p/>
    <w:p>
      <w:pPr>
        <w:jc w:val="center"/>
      </w:pPr>
      <w:r>
        <w:rPr>
          <w:b/>
          <w:sz w:val="24"/>
        </w:rPr>
        <w:t>IV - DISPOSIÇÕES GERAIS</w:t>
      </w:r>
    </w:p>
    <w:p/>
    <w:p>
      <w:r>
        <w:rPr>
          <w:b w:val="0"/>
          <w:sz w:val="22"/>
        </w:rPr>
        <w:t>1. Caso algum dos herdeiros ou legatários renuncie ou não possa receber a herança, esta será redistribuída conforme as normas legais vigentes.</w:t>
      </w:r>
    </w:p>
    <w:p>
      <w:r>
        <w:rPr>
          <w:b w:val="0"/>
          <w:sz w:val="22"/>
        </w:rPr>
        <w:t>2. Determino que as dívidas e encargos incidentes sobre o meu patrimônio sejam pagos antes da partilha ou entrega dos legados.</w:t>
      </w:r>
    </w:p>
    <w:p>
      <w:r>
        <w:rPr>
          <w:b w:val="0"/>
          <w:sz w:val="22"/>
        </w:rPr>
        <w:t>3. Declaro que não existem outras disposições, acordos ou testamentos que possam contrariar o presente.</w:t>
      </w:r>
    </w:p>
    <w:p/>
    <w:p>
      <w:pPr>
        <w:jc w:val="center"/>
      </w:pPr>
      <w:r>
        <w:rPr>
          <w:b/>
          <w:sz w:val="24"/>
        </w:rPr>
        <w:t>V - DECLARAÇÃO FINAL E ASSINATURAS</w:t>
      </w:r>
    </w:p>
    <w:p/>
    <w:p>
      <w:r>
        <w:rPr>
          <w:b w:val="0"/>
          <w:sz w:val="22"/>
        </w:rPr>
        <w:t>Firmo o presente Testamento Cerrado, que será entregue lacrado ao tabelião para cumprimento da legislação pertinente.</w:t>
      </w:r>
    </w:p>
    <w:p/>
    <w:p>
      <w:r>
        <w:rPr>
          <w:b w:val="0"/>
          <w:sz w:val="22"/>
        </w:rPr>
        <w:t>Local: ________________________________________________</w:t>
      </w:r>
    </w:p>
    <w:p>
      <w:r>
        <w:rPr>
          <w:b w:val="0"/>
          <w:sz w:val="22"/>
        </w:rPr>
        <w:t>Data: _________________________________________________</w:t>
      </w:r>
    </w:p>
    <w:p/>
    <w:p>
      <w:r>
        <w:rPr>
          <w:b w:val="0"/>
          <w:sz w:val="22"/>
        </w:rPr>
        <w:t>______________________________</w:t>
      </w:r>
    </w:p>
    <w:p>
      <w:r>
        <w:rPr>
          <w:b w:val="0"/>
          <w:sz w:val="22"/>
        </w:rPr>
        <w:t>Testador(a)</w:t>
      </w:r>
    </w:p>
    <w:p/>
    <w:p>
      <w:r>
        <w:rPr>
          <w:b w:val="0"/>
          <w:sz w:val="22"/>
        </w:rPr>
        <w:t>______________________________</w:t>
      </w:r>
    </w:p>
    <w:p>
      <w:r>
        <w:rPr>
          <w:b w:val="0"/>
          <w:sz w:val="22"/>
        </w:rPr>
        <w:t>Testemunha 1</w:t>
      </w:r>
    </w:p>
    <w:p>
      <w:r>
        <w:rPr>
          <w:b w:val="0"/>
          <w:sz w:val="22"/>
        </w:rPr>
        <w:t>Nome: _____________________________________</w:t>
      </w:r>
    </w:p>
    <w:p>
      <w:r>
        <w:rPr>
          <w:b w:val="0"/>
          <w:sz w:val="22"/>
        </w:rPr>
        <w:t>RG: _______________________________________</w:t>
      </w:r>
    </w:p>
    <w:p/>
    <w:p>
      <w:r>
        <w:rPr>
          <w:b w:val="0"/>
          <w:sz w:val="22"/>
        </w:rPr>
        <w:t>______________________________</w:t>
      </w:r>
    </w:p>
    <w:p>
      <w:r>
        <w:rPr>
          <w:b w:val="0"/>
          <w:sz w:val="22"/>
        </w:rPr>
        <w:t>Testemunha 2</w:t>
      </w:r>
    </w:p>
    <w:p>
      <w:r>
        <w:rPr>
          <w:b w:val="0"/>
          <w:sz w:val="22"/>
        </w:rPr>
        <w:t>Nome: _____________________________________</w:t>
      </w:r>
    </w:p>
    <w:p>
      <w:r>
        <w:rPr>
          <w:b w:val="0"/>
          <w:sz w:val="22"/>
        </w:rPr>
        <w:t>RG: _______________________________________</w:t>
      </w:r>
    </w:p>
    <w:p/>
    <w:p>
      <w:r>
        <w:rPr>
          <w:b w:val="0"/>
          <w:sz w:val="22"/>
        </w:rPr>
        <w:t>______________________________</w:t>
      </w:r>
    </w:p>
    <w:p>
      <w:r>
        <w:rPr>
          <w:b w:val="0"/>
          <w:sz w:val="22"/>
        </w:rPr>
        <w:t>Testamenteiro</w:t>
      </w:r>
    </w:p>
    <w:p>
      <w:r>
        <w:rPr>
          <w:b w:val="0"/>
          <w:sz w:val="22"/>
        </w:rPr>
        <w:t>Nome: _____________________________________</w:t>
      </w:r>
    </w:p>
    <w:p>
      <w:r>
        <w:rPr>
          <w:b w:val="0"/>
          <w:sz w:val="22"/>
        </w:rPr>
        <w:t>RG: 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https://adv-modelos.com/testamento-cerrado/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testamento-cerrad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